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96A" w:rsidRDefault="00537333" w:rsidP="00537333">
      <w:pPr>
        <w:pStyle w:val="Balk1"/>
        <w:jc w:val="center"/>
      </w:pPr>
      <w:proofErr w:type="gramStart"/>
      <w:r>
        <w:t xml:space="preserve">5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5C596A">
        <w:tc>
          <w:tcPr>
            <w:tcW w:w="4320" w:type="dxa"/>
          </w:tcPr>
          <w:p w:rsidR="005C596A" w:rsidRDefault="00537333">
            <w:r>
              <w:t>Adı Soyadı:</w:t>
            </w:r>
          </w:p>
        </w:tc>
        <w:tc>
          <w:tcPr>
            <w:tcW w:w="4320" w:type="dxa"/>
          </w:tcPr>
          <w:p w:rsidR="005C596A" w:rsidRDefault="00537333">
            <w:r>
              <w:t>Sınıf / Şube / No:</w:t>
            </w:r>
          </w:p>
        </w:tc>
      </w:tr>
      <w:tr w:rsidR="005C596A">
        <w:tc>
          <w:tcPr>
            <w:tcW w:w="4320" w:type="dxa"/>
          </w:tcPr>
          <w:p w:rsidR="005C596A" w:rsidRDefault="00537333">
            <w:r>
              <w:t>Okulu:</w:t>
            </w:r>
          </w:p>
        </w:tc>
        <w:tc>
          <w:tcPr>
            <w:tcW w:w="4320" w:type="dxa"/>
          </w:tcPr>
          <w:p w:rsidR="005C596A" w:rsidRDefault="005C596A"/>
        </w:tc>
      </w:tr>
      <w:tr w:rsidR="005C596A">
        <w:tc>
          <w:tcPr>
            <w:tcW w:w="4320" w:type="dxa"/>
          </w:tcPr>
          <w:p w:rsidR="005C596A" w:rsidRDefault="00537333">
            <w:r>
              <w:t>Veriliş Tarihi:</w:t>
            </w:r>
          </w:p>
        </w:tc>
        <w:tc>
          <w:tcPr>
            <w:tcW w:w="4320" w:type="dxa"/>
          </w:tcPr>
          <w:p w:rsidR="005C596A" w:rsidRDefault="00537333">
            <w:r>
              <w:t>Teslim Tarihi:</w:t>
            </w:r>
          </w:p>
        </w:tc>
      </w:tr>
      <w:tr w:rsidR="005C596A">
        <w:tc>
          <w:tcPr>
            <w:tcW w:w="8640" w:type="dxa"/>
            <w:gridSpan w:val="2"/>
          </w:tcPr>
          <w:p w:rsidR="005C596A" w:rsidRDefault="00537333">
            <w:r>
              <w:t>Öğrenme Alanı / Ünite: CANLILARIN YAPISINA YOLCULUK</w:t>
            </w:r>
            <w:r>
              <w:br/>
              <w:t>Konu: Mikroskobik Canlılar Raporu Hazırlama</w:t>
            </w:r>
          </w:p>
        </w:tc>
      </w:tr>
    </w:tbl>
    <w:p w:rsidR="005C596A" w:rsidRDefault="005C596A"/>
    <w:p w:rsidR="005C596A" w:rsidRDefault="00537333">
      <w:pPr>
        <w:pStyle w:val="Balk2"/>
        <w:jc w:val="center"/>
      </w:pPr>
      <w:r>
        <w:t>PROJE KONUSU AÇIKLAMASI</w:t>
      </w:r>
    </w:p>
    <w:p w:rsidR="005C596A" w:rsidRDefault="00537333">
      <w:r>
        <w:t>Mikroskop altında gözlemlenebilen mikroskobik canlılar hakkında araştırma yaparak bir rapor hazırlayınız. Canlıların hangi ortamlarda yaşadığı, nasıl çoğaldığı ve insan hayatındaki etkileri gibi bilgileri içermelidir.</w:t>
      </w:r>
    </w:p>
    <w:p w:rsidR="005C596A" w:rsidRDefault="00537333">
      <w:pPr>
        <w:pStyle w:val="Balk2"/>
        <w:jc w:val="center"/>
      </w:pPr>
      <w:r>
        <w:t>PROJE YÖNERGES</w:t>
      </w:r>
      <w:r>
        <w:t>İ</w:t>
      </w:r>
    </w:p>
    <w:p w:rsidR="005C596A" w:rsidRDefault="00537333">
      <w:pPr>
        <w:pStyle w:val="ListeNumaras"/>
      </w:pPr>
      <w:r>
        <w:t>Mikroskobik canlılar hakkında kaynaklardan araştırma yapınız.</w:t>
      </w:r>
    </w:p>
    <w:p w:rsidR="005C596A" w:rsidRDefault="00537333">
      <w:pPr>
        <w:pStyle w:val="ListeNumaras"/>
      </w:pPr>
      <w:r>
        <w:t>Görsellerle desteklenmiş bir rapor hazırlayınız.</w:t>
      </w:r>
    </w:p>
    <w:p w:rsidR="005C596A" w:rsidRDefault="00537333">
      <w:pPr>
        <w:pStyle w:val="ListeNumaras"/>
      </w:pPr>
      <w:r>
        <w:t>Canlıların olumlu ve olumsuz etkilerini ayrı başlıklarda açıklayınız.</w:t>
      </w:r>
    </w:p>
    <w:p w:rsidR="005C596A" w:rsidRDefault="00537333">
      <w:pPr>
        <w:pStyle w:val="ListeNumaras"/>
      </w:pPr>
      <w:r>
        <w:t>Bilgileri doğru ve anlaşılır bir şekilde yazınız.</w:t>
      </w:r>
    </w:p>
    <w:p w:rsidR="005C596A" w:rsidRDefault="00537333">
      <w:pPr>
        <w:pStyle w:val="ListeNumaras"/>
      </w:pPr>
      <w:r>
        <w:t>Raporunuzu bilgisayarda</w:t>
      </w:r>
      <w:r>
        <w:t xml:space="preserve"> veya el yazısıyla düzenleyebilirsiniz.</w:t>
      </w:r>
    </w:p>
    <w:p w:rsidR="005C596A" w:rsidRDefault="00537333">
      <w:pPr>
        <w:pStyle w:val="ListeNumaras"/>
      </w:pPr>
      <w:r>
        <w:t>Kapak sayfası eklemeyi unutmayınız.</w:t>
      </w:r>
    </w:p>
    <w:p w:rsidR="005C596A" w:rsidRDefault="00537333">
      <w:pPr>
        <w:pStyle w:val="ListeNumaras"/>
      </w:pPr>
      <w:r>
        <w:t>Belirtilen tarihte raporunuzu öğretmeninize teslim ediniz.</w:t>
      </w:r>
    </w:p>
    <w:p w:rsidR="005C596A" w:rsidRDefault="00537333">
      <w:pPr>
        <w:pStyle w:val="Balk2"/>
        <w:jc w:val="center"/>
      </w:pPr>
      <w:r>
        <w:t>PUANLAMA ÖLÇÜTLERİ</w:t>
      </w:r>
    </w:p>
    <w:p w:rsidR="005C596A" w:rsidRDefault="00537333">
      <w:r>
        <w:t>- Konuya Uygunluk: 20 Puan</w:t>
      </w:r>
    </w:p>
    <w:p w:rsidR="005C596A" w:rsidRDefault="00537333">
      <w:r>
        <w:t>- Bilgi Derinliği: 20 Puan</w:t>
      </w:r>
    </w:p>
    <w:p w:rsidR="005C596A" w:rsidRDefault="00537333">
      <w:r>
        <w:t>- Görsellik ve Düzen: 20 Puan</w:t>
      </w:r>
    </w:p>
    <w:p w:rsidR="005C596A" w:rsidRDefault="00537333">
      <w:r>
        <w:t xml:space="preserve">- Yaratıcılık: 20 </w:t>
      </w:r>
      <w:r>
        <w:t>Puan</w:t>
      </w:r>
    </w:p>
    <w:p w:rsidR="005C596A" w:rsidRDefault="00537333">
      <w:r>
        <w:t>- Zamanında Teslim: 20 Puan</w:t>
      </w:r>
    </w:p>
    <w:sectPr w:rsidR="005C596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37333"/>
    <w:rsid w:val="005C596A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0331D4D-EC58-412F-86B2-010B0DC1F7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1051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2025-04-19T15:23:00Z</dcterms:modified>
  <cp:category/>
</cp:coreProperties>
</file>