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3DA0" w:rsidRDefault="00975CA9" w:rsidP="00975CA9">
      <w:pPr>
        <w:pStyle w:val="Balk1"/>
        <w:jc w:val="center"/>
      </w:pPr>
      <w:proofErr w:type="gramStart"/>
      <w:r>
        <w:t xml:space="preserve">5 SINIF FEN BİLİMLERİ PROJE GÖREV YÖNERGESİ </w:t>
      </w:r>
      <w:bookmarkStart w:id="0" w:name="_GoBack"/>
      <w:bookmarkEnd w:id="0"/>
      <w:r>
        <w:t>EĞİTİM-ÖĞRETİM YILI: 20....</w:t>
      </w:r>
      <w:proofErr w:type="gramEnd"/>
      <w:r>
        <w:t xml:space="preserve"> – 20....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533DA0">
        <w:tc>
          <w:tcPr>
            <w:tcW w:w="4320" w:type="dxa"/>
          </w:tcPr>
          <w:p w:rsidR="00533DA0" w:rsidRDefault="00975CA9">
            <w:r>
              <w:t>Adı Soyadı:</w:t>
            </w:r>
          </w:p>
        </w:tc>
        <w:tc>
          <w:tcPr>
            <w:tcW w:w="4320" w:type="dxa"/>
          </w:tcPr>
          <w:p w:rsidR="00533DA0" w:rsidRDefault="00975CA9">
            <w:r>
              <w:t>Sınıf / Şube / No:</w:t>
            </w:r>
          </w:p>
        </w:tc>
      </w:tr>
      <w:tr w:rsidR="00533DA0">
        <w:tc>
          <w:tcPr>
            <w:tcW w:w="4320" w:type="dxa"/>
          </w:tcPr>
          <w:p w:rsidR="00533DA0" w:rsidRDefault="00975CA9">
            <w:r>
              <w:t>Okulu:</w:t>
            </w:r>
          </w:p>
        </w:tc>
        <w:tc>
          <w:tcPr>
            <w:tcW w:w="4320" w:type="dxa"/>
          </w:tcPr>
          <w:p w:rsidR="00533DA0" w:rsidRDefault="00533DA0"/>
        </w:tc>
      </w:tr>
      <w:tr w:rsidR="00533DA0">
        <w:tc>
          <w:tcPr>
            <w:tcW w:w="4320" w:type="dxa"/>
          </w:tcPr>
          <w:p w:rsidR="00533DA0" w:rsidRDefault="00975CA9">
            <w:r>
              <w:t>Veriliş Tarihi:</w:t>
            </w:r>
          </w:p>
        </w:tc>
        <w:tc>
          <w:tcPr>
            <w:tcW w:w="4320" w:type="dxa"/>
          </w:tcPr>
          <w:p w:rsidR="00533DA0" w:rsidRDefault="00975CA9">
            <w:r>
              <w:t>Teslim Tarihi:</w:t>
            </w:r>
          </w:p>
        </w:tc>
      </w:tr>
      <w:tr w:rsidR="00533DA0">
        <w:tc>
          <w:tcPr>
            <w:tcW w:w="8640" w:type="dxa"/>
            <w:gridSpan w:val="2"/>
          </w:tcPr>
          <w:p w:rsidR="00533DA0" w:rsidRDefault="00975CA9">
            <w:r>
              <w:t>Öğrenme Alanı / Ünite: CANLILARIN YAPISINA YOLCULUK</w:t>
            </w:r>
            <w:r>
              <w:br/>
              <w:t>Konu: Canlıları Sınıflandırma Posteri Hazırlama</w:t>
            </w:r>
          </w:p>
        </w:tc>
      </w:tr>
    </w:tbl>
    <w:p w:rsidR="00533DA0" w:rsidRDefault="00533DA0"/>
    <w:p w:rsidR="00533DA0" w:rsidRDefault="00975CA9">
      <w:pPr>
        <w:pStyle w:val="Balk2"/>
        <w:jc w:val="center"/>
      </w:pPr>
      <w:r>
        <w:t>PROJE KONUSU AÇIKLAMASI</w:t>
      </w:r>
    </w:p>
    <w:p w:rsidR="00533DA0" w:rsidRDefault="00975CA9">
      <w:r>
        <w:t>Hayvanları omurgalı ve omurgasız canlılar olarak sınıflandıran renkli ve dikkat çekici bir poster hazırlayınız. Her sınıfa ait en az 2 örnek veriniz. Görseller, çizimler veya kes-yapıştır tekniğiyle posteri zenginleştirebilirsiniz.</w:t>
      </w:r>
    </w:p>
    <w:p w:rsidR="00533DA0" w:rsidRDefault="00975CA9">
      <w:pPr>
        <w:pStyle w:val="Balk2"/>
        <w:jc w:val="center"/>
      </w:pPr>
      <w:r>
        <w:t>PROJE YÖNERGESİ</w:t>
      </w:r>
    </w:p>
    <w:p w:rsidR="00533DA0" w:rsidRDefault="00975CA9">
      <w:pPr>
        <w:pStyle w:val="ListeNumaras"/>
      </w:pPr>
      <w:r>
        <w:t>Canlıları sınıflandırma konusunda bilgi toplayınız.</w:t>
      </w:r>
    </w:p>
    <w:p w:rsidR="00533DA0" w:rsidRDefault="00975CA9">
      <w:pPr>
        <w:pStyle w:val="ListeNumaras"/>
      </w:pPr>
      <w:r>
        <w:t>Omurgalı ve omurgasız canlıların temel özelliklerini yazınız.</w:t>
      </w:r>
    </w:p>
    <w:p w:rsidR="00533DA0" w:rsidRDefault="00975CA9">
      <w:pPr>
        <w:pStyle w:val="ListeNumaras"/>
      </w:pPr>
      <w:r>
        <w:t>Her sınıfa ait 2'şer canlı seçiniz.</w:t>
      </w:r>
    </w:p>
    <w:p w:rsidR="00533DA0" w:rsidRDefault="00975CA9">
      <w:pPr>
        <w:pStyle w:val="ListeNumaras"/>
      </w:pPr>
      <w:r>
        <w:t>Görseller veya çizimler kullanarak posterinizi hazırlayınız.</w:t>
      </w:r>
    </w:p>
    <w:p w:rsidR="00533DA0" w:rsidRDefault="00975CA9">
      <w:pPr>
        <w:pStyle w:val="ListeNumaras"/>
      </w:pPr>
      <w:r>
        <w:t>Başlıklar ve açıklamalar net</w:t>
      </w:r>
      <w:r>
        <w:t xml:space="preserve"> şekilde yazılmalıdır.</w:t>
      </w:r>
    </w:p>
    <w:p w:rsidR="00533DA0" w:rsidRDefault="00975CA9">
      <w:pPr>
        <w:pStyle w:val="ListeNumaras"/>
      </w:pPr>
      <w:r>
        <w:t>Posterinizi renkli, düzenli ve dikkat çekici şekilde tasarlayınız.</w:t>
      </w:r>
    </w:p>
    <w:p w:rsidR="00533DA0" w:rsidRDefault="00975CA9">
      <w:pPr>
        <w:pStyle w:val="ListeNumaras"/>
      </w:pPr>
      <w:r>
        <w:t>Belirtilen tarihte afişinizi teslim ediniz.</w:t>
      </w:r>
    </w:p>
    <w:p w:rsidR="00533DA0" w:rsidRDefault="00975CA9">
      <w:pPr>
        <w:pStyle w:val="Balk2"/>
        <w:jc w:val="center"/>
      </w:pPr>
      <w:r>
        <w:t>PUANLAMA ÖLÇÜTLERİ</w:t>
      </w:r>
    </w:p>
    <w:p w:rsidR="00533DA0" w:rsidRDefault="00975CA9">
      <w:r>
        <w:t>- Konuya Uygunluk: 20 Puan</w:t>
      </w:r>
    </w:p>
    <w:p w:rsidR="00533DA0" w:rsidRDefault="00975CA9">
      <w:r>
        <w:t>- Sınıflandırmanın Doğruluğu: 20 Puan</w:t>
      </w:r>
    </w:p>
    <w:p w:rsidR="00533DA0" w:rsidRDefault="00975CA9">
      <w:r>
        <w:t>- Görsel Zenginlik ve Düzen: 20 Puan</w:t>
      </w:r>
    </w:p>
    <w:p w:rsidR="00533DA0" w:rsidRDefault="00975CA9">
      <w:r>
        <w:t>-</w:t>
      </w:r>
      <w:r>
        <w:t xml:space="preserve"> Açıklamaların Anlaşılabilirliği: 20 Puan</w:t>
      </w:r>
    </w:p>
    <w:p w:rsidR="00533DA0" w:rsidRDefault="00975CA9">
      <w:r>
        <w:t>- Zamanında Teslim: 20 Puan</w:t>
      </w:r>
    </w:p>
    <w:sectPr w:rsidR="00533DA0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eNumara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eNumara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eMadde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eMadde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eNumara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eMadde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533DA0"/>
    <w:rsid w:val="00975CA9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FC851CD-92BA-414A-A003-193828AB67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163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1091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emin_fen@hotmail.com</cp:lastModifiedBy>
  <cp:revision>3</cp:revision>
  <dcterms:created xsi:type="dcterms:W3CDTF">2013-12-23T23:15:00Z</dcterms:created>
  <dcterms:modified xsi:type="dcterms:W3CDTF">2025-04-19T15:26:00Z</dcterms:modified>
  <cp:category/>
</cp:coreProperties>
</file>