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EB8" w:rsidRDefault="00CB78D4" w:rsidP="00CB78D4">
      <w:pPr>
        <w:pStyle w:val="Balk1"/>
        <w:jc w:val="center"/>
      </w:pPr>
      <w:proofErr w:type="gramStart"/>
      <w:r>
        <w:t xml:space="preserve">5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D7EB8">
        <w:tc>
          <w:tcPr>
            <w:tcW w:w="4320" w:type="dxa"/>
          </w:tcPr>
          <w:p w:rsidR="001D7EB8" w:rsidRDefault="00CB78D4">
            <w:r>
              <w:t>Adı Soyadı:</w:t>
            </w:r>
          </w:p>
        </w:tc>
        <w:tc>
          <w:tcPr>
            <w:tcW w:w="4320" w:type="dxa"/>
          </w:tcPr>
          <w:p w:rsidR="001D7EB8" w:rsidRDefault="00CB78D4">
            <w:r>
              <w:t>Sınıf / Şube / No:</w:t>
            </w:r>
          </w:p>
        </w:tc>
      </w:tr>
      <w:tr w:rsidR="001D7EB8">
        <w:tc>
          <w:tcPr>
            <w:tcW w:w="4320" w:type="dxa"/>
          </w:tcPr>
          <w:p w:rsidR="001D7EB8" w:rsidRDefault="00CB78D4">
            <w:r>
              <w:t>Okulu:</w:t>
            </w:r>
          </w:p>
        </w:tc>
        <w:tc>
          <w:tcPr>
            <w:tcW w:w="4320" w:type="dxa"/>
          </w:tcPr>
          <w:p w:rsidR="001D7EB8" w:rsidRDefault="001D7EB8"/>
        </w:tc>
      </w:tr>
      <w:tr w:rsidR="001D7EB8">
        <w:tc>
          <w:tcPr>
            <w:tcW w:w="4320" w:type="dxa"/>
          </w:tcPr>
          <w:p w:rsidR="001D7EB8" w:rsidRDefault="00CB78D4">
            <w:r>
              <w:t>Veriliş Tarihi:</w:t>
            </w:r>
          </w:p>
        </w:tc>
        <w:tc>
          <w:tcPr>
            <w:tcW w:w="4320" w:type="dxa"/>
          </w:tcPr>
          <w:p w:rsidR="001D7EB8" w:rsidRDefault="00CB78D4">
            <w:r>
              <w:t>Teslim Tarihi:</w:t>
            </w:r>
          </w:p>
        </w:tc>
      </w:tr>
      <w:tr w:rsidR="001D7EB8">
        <w:tc>
          <w:tcPr>
            <w:tcW w:w="8640" w:type="dxa"/>
            <w:gridSpan w:val="2"/>
          </w:tcPr>
          <w:p w:rsidR="001D7EB8" w:rsidRDefault="00CB78D4">
            <w:r>
              <w:t>Öğrenme Alanı / Ünite: YAŞAMIMIZDAKİ ELEKTRİK</w:t>
            </w:r>
            <w:r>
              <w:br/>
              <w:t>Konu: Elektrik Devresi Kurulumu ve Tanıtımı</w:t>
            </w:r>
          </w:p>
        </w:tc>
      </w:tr>
    </w:tbl>
    <w:p w:rsidR="001D7EB8" w:rsidRDefault="001D7EB8"/>
    <w:p w:rsidR="001D7EB8" w:rsidRDefault="00CB78D4">
      <w:pPr>
        <w:pStyle w:val="Balk2"/>
        <w:jc w:val="center"/>
      </w:pPr>
      <w:r>
        <w:t xml:space="preserve">PROJE </w:t>
      </w:r>
      <w:r>
        <w:t>KONUSU AÇIKLAMASI</w:t>
      </w:r>
    </w:p>
    <w:p w:rsidR="001D7EB8" w:rsidRDefault="00CB78D4">
      <w:r>
        <w:t>Ampul, pil, bağlantı kablosu ve anahtar gibi malzemeleri kullanarak basit bir elektrik devresi oluşturunuz. Devre elemanlarını doğru şekilde bağlayarak devrenin çalışmasını sağlayınız. Projenizi sunmak için kısa bir açıklama yazınız.</w:t>
      </w:r>
    </w:p>
    <w:p w:rsidR="001D7EB8" w:rsidRDefault="00CB78D4">
      <w:pPr>
        <w:pStyle w:val="Balk2"/>
        <w:jc w:val="center"/>
      </w:pPr>
      <w:r>
        <w:t>PROJ</w:t>
      </w:r>
      <w:r>
        <w:t>E YÖNERGESİ</w:t>
      </w:r>
    </w:p>
    <w:p w:rsidR="001D7EB8" w:rsidRDefault="00CB78D4">
      <w:pPr>
        <w:pStyle w:val="ListeNumaras"/>
      </w:pPr>
      <w:r>
        <w:t>Elektrik devresinde kullanılan temel malzemeleri araştırınız.</w:t>
      </w:r>
    </w:p>
    <w:p w:rsidR="001D7EB8" w:rsidRDefault="00CB78D4">
      <w:pPr>
        <w:pStyle w:val="ListeNumaras"/>
      </w:pPr>
      <w:r>
        <w:t>Devre şeması çizerek planlama yapınız.</w:t>
      </w:r>
    </w:p>
    <w:p w:rsidR="001D7EB8" w:rsidRDefault="00CB78D4">
      <w:pPr>
        <w:pStyle w:val="ListeNumaras"/>
      </w:pPr>
      <w:r>
        <w:t>Malzemeleri temin ederek devreyi kurunuz.</w:t>
      </w:r>
    </w:p>
    <w:p w:rsidR="001D7EB8" w:rsidRDefault="00CB78D4">
      <w:pPr>
        <w:pStyle w:val="ListeNumaras"/>
      </w:pPr>
      <w:r>
        <w:t>Devreye bir anahtar ekleyerek açma-kapama işlevini gözlemleyiniz.</w:t>
      </w:r>
    </w:p>
    <w:p w:rsidR="001D7EB8" w:rsidRDefault="00CB78D4">
      <w:pPr>
        <w:pStyle w:val="ListeNumaras"/>
      </w:pPr>
      <w:r>
        <w:t xml:space="preserve">Devreyi çalıştırırken güvenlik </w:t>
      </w:r>
      <w:r>
        <w:t>önlemlerine dikkat ediniz.</w:t>
      </w:r>
    </w:p>
    <w:p w:rsidR="001D7EB8" w:rsidRDefault="00CB78D4">
      <w:pPr>
        <w:pStyle w:val="ListeNumaras"/>
      </w:pPr>
      <w:r>
        <w:t>Hazırladığınız projeyi açıklayan kısa bir yazı hazırlayınız.</w:t>
      </w:r>
    </w:p>
    <w:p w:rsidR="001D7EB8" w:rsidRDefault="00CB78D4">
      <w:pPr>
        <w:pStyle w:val="ListeNumaras"/>
      </w:pPr>
      <w:r>
        <w:t>Projenizi belirtilen tarihte teslim ediniz.</w:t>
      </w:r>
    </w:p>
    <w:p w:rsidR="001D7EB8" w:rsidRDefault="00CB78D4">
      <w:pPr>
        <w:pStyle w:val="Balk2"/>
        <w:jc w:val="center"/>
      </w:pPr>
      <w:r>
        <w:t>PUANLAMA ÖLÇÜTLERİ</w:t>
      </w:r>
    </w:p>
    <w:p w:rsidR="001D7EB8" w:rsidRDefault="00CB78D4">
      <w:r>
        <w:t>- Devre Elemanlarının Doğru Kullanımı: 20 Puan</w:t>
      </w:r>
    </w:p>
    <w:p w:rsidR="001D7EB8" w:rsidRDefault="00CB78D4">
      <w:r>
        <w:t>- Devrenin Çalışabilirliği: 20 Puan</w:t>
      </w:r>
    </w:p>
    <w:p w:rsidR="001D7EB8" w:rsidRDefault="00CB78D4">
      <w:r>
        <w:t>- Güvenlik Kurallarına</w:t>
      </w:r>
      <w:r>
        <w:t xml:space="preserve"> Uygunluk: 20 Puan</w:t>
      </w:r>
    </w:p>
    <w:p w:rsidR="001D7EB8" w:rsidRDefault="00CB78D4">
      <w:r>
        <w:t>- Proje Açıklamasının Anlaşılır Olması: 20 Puan</w:t>
      </w:r>
    </w:p>
    <w:p w:rsidR="001D7EB8" w:rsidRDefault="00CB78D4">
      <w:r>
        <w:t>- Zamanında Teslim: 20 Puan</w:t>
      </w:r>
    </w:p>
    <w:sectPr w:rsidR="001D7EB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D7EB8"/>
    <w:rsid w:val="0029639D"/>
    <w:rsid w:val="00326F90"/>
    <w:rsid w:val="00AA1D8D"/>
    <w:rsid w:val="00B47730"/>
    <w:rsid w:val="00CB0664"/>
    <w:rsid w:val="00CB78D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23966D6-E0F5-4F53-98CD-9F0F50903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1109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2025-04-19T19:18:00Z</dcterms:modified>
  <cp:category/>
</cp:coreProperties>
</file>