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17A" w:rsidRDefault="00686FCC" w:rsidP="00686FCC">
      <w:pPr>
        <w:pStyle w:val="Balk1"/>
        <w:jc w:val="center"/>
      </w:pPr>
      <w:proofErr w:type="gramStart"/>
      <w:r>
        <w:t xml:space="preserve">5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9417A">
        <w:tc>
          <w:tcPr>
            <w:tcW w:w="4320" w:type="dxa"/>
          </w:tcPr>
          <w:p w:rsidR="00B9417A" w:rsidRDefault="00686FCC">
            <w:r>
              <w:t>Adı Soyadı:</w:t>
            </w:r>
          </w:p>
        </w:tc>
        <w:tc>
          <w:tcPr>
            <w:tcW w:w="4320" w:type="dxa"/>
          </w:tcPr>
          <w:p w:rsidR="00B9417A" w:rsidRDefault="00686FCC">
            <w:r>
              <w:t>Sınıf / Şube / No:</w:t>
            </w:r>
          </w:p>
        </w:tc>
      </w:tr>
      <w:tr w:rsidR="00B9417A">
        <w:tc>
          <w:tcPr>
            <w:tcW w:w="4320" w:type="dxa"/>
          </w:tcPr>
          <w:p w:rsidR="00B9417A" w:rsidRDefault="00686FCC">
            <w:r>
              <w:t>Okulu:</w:t>
            </w:r>
          </w:p>
        </w:tc>
        <w:tc>
          <w:tcPr>
            <w:tcW w:w="4320" w:type="dxa"/>
          </w:tcPr>
          <w:p w:rsidR="00B9417A" w:rsidRDefault="00B9417A"/>
        </w:tc>
      </w:tr>
      <w:tr w:rsidR="00B9417A">
        <w:tc>
          <w:tcPr>
            <w:tcW w:w="4320" w:type="dxa"/>
          </w:tcPr>
          <w:p w:rsidR="00B9417A" w:rsidRDefault="00686FCC">
            <w:r>
              <w:t>Veriliş Tarihi:</w:t>
            </w:r>
          </w:p>
        </w:tc>
        <w:tc>
          <w:tcPr>
            <w:tcW w:w="4320" w:type="dxa"/>
          </w:tcPr>
          <w:p w:rsidR="00B9417A" w:rsidRDefault="00686FCC">
            <w:r>
              <w:t>Teslim Tarihi:</w:t>
            </w:r>
          </w:p>
        </w:tc>
      </w:tr>
      <w:tr w:rsidR="00B9417A">
        <w:tc>
          <w:tcPr>
            <w:tcW w:w="8640" w:type="dxa"/>
            <w:gridSpan w:val="2"/>
          </w:tcPr>
          <w:p w:rsidR="00B9417A" w:rsidRDefault="00686FCC">
            <w:r>
              <w:t>Öğrenme Alanı / Ünite: SÜRDÜRÜLEBİLİR YAŞAM VE GERİ DÖNÜŞÜM</w:t>
            </w:r>
            <w:r>
              <w:br/>
              <w:t xml:space="preserve">Konu: Geri Dönüşümün Faydalarını Anlatan </w:t>
            </w:r>
            <w:r>
              <w:t>Afiş Tasarımı</w:t>
            </w:r>
          </w:p>
        </w:tc>
      </w:tr>
    </w:tbl>
    <w:p w:rsidR="00B9417A" w:rsidRDefault="00B9417A"/>
    <w:p w:rsidR="00B9417A" w:rsidRDefault="00686FCC">
      <w:pPr>
        <w:pStyle w:val="Balk2"/>
        <w:jc w:val="center"/>
      </w:pPr>
      <w:r>
        <w:t>PROJE KONUSU AÇIKLAMASI</w:t>
      </w:r>
    </w:p>
    <w:p w:rsidR="00B9417A" w:rsidRDefault="00686FCC">
      <w:r>
        <w:t>Geri dönüşümün doğa, çevre ve ekonomi açısından faydalarını açıklayan bir bilgilendirme afişi hazırlayınız. Görsellerle desteklenen afişinizde geri dönüşüm sembolleri ve uygulama örnekleri bulunmalıdır.</w:t>
      </w:r>
    </w:p>
    <w:p w:rsidR="00B9417A" w:rsidRDefault="00686FCC">
      <w:pPr>
        <w:pStyle w:val="Balk2"/>
        <w:jc w:val="center"/>
      </w:pPr>
      <w:r>
        <w:t>PROJE YÖNERGE</w:t>
      </w:r>
      <w:r>
        <w:t>Sİ</w:t>
      </w:r>
    </w:p>
    <w:p w:rsidR="00B9417A" w:rsidRDefault="00686FCC">
      <w:pPr>
        <w:pStyle w:val="ListeNumaras"/>
      </w:pPr>
      <w:r>
        <w:t>Geri dönüşümün önemi hakkında araştırma yapınız.</w:t>
      </w:r>
    </w:p>
    <w:p w:rsidR="00B9417A" w:rsidRDefault="00686FCC">
      <w:pPr>
        <w:pStyle w:val="ListeNumaras"/>
      </w:pPr>
      <w:r>
        <w:t>Afişte kullanılacak başlık ve alt başlıkları belirleyiniz.</w:t>
      </w:r>
    </w:p>
    <w:p w:rsidR="00B9417A" w:rsidRDefault="00686FCC">
      <w:pPr>
        <w:pStyle w:val="ListeNumaras"/>
      </w:pPr>
      <w:r>
        <w:t>Görseller, semboller ve açıklamalarla afişinizi renklendiriniz.</w:t>
      </w:r>
    </w:p>
    <w:p w:rsidR="00B9417A" w:rsidRDefault="00686FCC">
      <w:pPr>
        <w:pStyle w:val="ListeNumaras"/>
      </w:pPr>
      <w:r>
        <w:t>Her başlığı kısa ve anlaşılır şekilde açıklayınız.</w:t>
      </w:r>
    </w:p>
    <w:p w:rsidR="00B9417A" w:rsidRDefault="00686FCC">
      <w:pPr>
        <w:pStyle w:val="ListeNumaras"/>
      </w:pPr>
      <w:r>
        <w:t xml:space="preserve">Afişiniz sınıf panosuna </w:t>
      </w:r>
      <w:r>
        <w:t>asılabilecek büyüklükte ve düzenli olmalıdır.</w:t>
      </w:r>
    </w:p>
    <w:p w:rsidR="00B9417A" w:rsidRDefault="00686FCC">
      <w:pPr>
        <w:pStyle w:val="ListeNumaras"/>
      </w:pPr>
      <w:r>
        <w:t>Geri dönüşümle ilgili slogan veya dikkat çekici ifadeler ekleyiniz.</w:t>
      </w:r>
    </w:p>
    <w:p w:rsidR="00B9417A" w:rsidRDefault="00686FCC">
      <w:pPr>
        <w:pStyle w:val="ListeNumaras"/>
      </w:pPr>
      <w:r>
        <w:t>Belirtilen tarihte teslim ediniz.</w:t>
      </w:r>
    </w:p>
    <w:p w:rsidR="00B9417A" w:rsidRDefault="00686FCC">
      <w:pPr>
        <w:pStyle w:val="Balk2"/>
        <w:jc w:val="center"/>
      </w:pPr>
      <w:r>
        <w:t>PUANLAMA ÖLÇÜTLERİ</w:t>
      </w:r>
    </w:p>
    <w:p w:rsidR="00B9417A" w:rsidRDefault="00686FCC">
      <w:r>
        <w:t>- Bilgi Doğruluğu ve İçerik: 20 Puan</w:t>
      </w:r>
    </w:p>
    <w:p w:rsidR="00B9417A" w:rsidRDefault="00686FCC">
      <w:r>
        <w:t>- Görsel Zenginlik ve Düzen: 20 Puan</w:t>
      </w:r>
    </w:p>
    <w:p w:rsidR="00B9417A" w:rsidRDefault="00686FCC">
      <w:r>
        <w:t>- Anlaşılabilir</w:t>
      </w:r>
      <w:r>
        <w:t>lik ve Mesajın Gücü: 20 Puan</w:t>
      </w:r>
    </w:p>
    <w:p w:rsidR="00B9417A" w:rsidRDefault="00686FCC">
      <w:r>
        <w:t>- Yaratıcılık: 20 Puan</w:t>
      </w:r>
    </w:p>
    <w:p w:rsidR="00B9417A" w:rsidRDefault="00686FCC">
      <w:r>
        <w:t>- Zamanında Teslim: 20 Puan</w:t>
      </w:r>
    </w:p>
    <w:sectPr w:rsidR="00B9417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86FCC"/>
    <w:rsid w:val="00AA1D8D"/>
    <w:rsid w:val="00B47730"/>
    <w:rsid w:val="00B9417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84CDC1-60E0-44FE-8AFE-93E62FC20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2025-04-19T19:22:00Z</dcterms:modified>
  <cp:category/>
</cp:coreProperties>
</file>