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29C" w:rsidRDefault="00081DA3" w:rsidP="00081DA3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8529C">
        <w:tc>
          <w:tcPr>
            <w:tcW w:w="4320" w:type="dxa"/>
          </w:tcPr>
          <w:p w:rsidR="0058529C" w:rsidRDefault="00081DA3">
            <w:r>
              <w:t>Adı Soyadı:</w:t>
            </w:r>
          </w:p>
        </w:tc>
        <w:tc>
          <w:tcPr>
            <w:tcW w:w="4320" w:type="dxa"/>
          </w:tcPr>
          <w:p w:rsidR="0058529C" w:rsidRDefault="00081DA3">
            <w:r>
              <w:t>Sınıf / Şube / No:</w:t>
            </w:r>
          </w:p>
        </w:tc>
      </w:tr>
      <w:tr w:rsidR="0058529C">
        <w:tc>
          <w:tcPr>
            <w:tcW w:w="4320" w:type="dxa"/>
          </w:tcPr>
          <w:p w:rsidR="0058529C" w:rsidRDefault="00081DA3">
            <w:r>
              <w:t>Okulu:</w:t>
            </w:r>
          </w:p>
        </w:tc>
        <w:tc>
          <w:tcPr>
            <w:tcW w:w="4320" w:type="dxa"/>
          </w:tcPr>
          <w:p w:rsidR="0058529C" w:rsidRDefault="0058529C"/>
        </w:tc>
      </w:tr>
      <w:tr w:rsidR="0058529C">
        <w:tc>
          <w:tcPr>
            <w:tcW w:w="4320" w:type="dxa"/>
          </w:tcPr>
          <w:p w:rsidR="0058529C" w:rsidRDefault="00081DA3">
            <w:r>
              <w:t>Veriliş Tarihi:</w:t>
            </w:r>
          </w:p>
        </w:tc>
        <w:tc>
          <w:tcPr>
            <w:tcW w:w="4320" w:type="dxa"/>
          </w:tcPr>
          <w:p w:rsidR="0058529C" w:rsidRDefault="00081DA3">
            <w:r>
              <w:t>Teslim Tarihi:</w:t>
            </w:r>
          </w:p>
        </w:tc>
      </w:tr>
      <w:tr w:rsidR="0058529C">
        <w:tc>
          <w:tcPr>
            <w:tcW w:w="8640" w:type="dxa"/>
            <w:gridSpan w:val="2"/>
          </w:tcPr>
          <w:p w:rsidR="0058529C" w:rsidRDefault="00081DA3">
            <w:r>
              <w:t>Öğrenme Alanı / Ünite: SÜRDÜRÜLEBİLİR YAŞAM VE GERİ DÖNÜŞÜM</w:t>
            </w:r>
            <w:r>
              <w:br/>
              <w:t xml:space="preserve">Konu: Atık Malzemelerle Yeni Bir Ürün </w:t>
            </w:r>
            <w:r>
              <w:t>Tasarlama</w:t>
            </w:r>
          </w:p>
        </w:tc>
      </w:tr>
    </w:tbl>
    <w:p w:rsidR="0058529C" w:rsidRDefault="0058529C"/>
    <w:p w:rsidR="0058529C" w:rsidRDefault="00081DA3">
      <w:pPr>
        <w:pStyle w:val="Balk2"/>
        <w:jc w:val="center"/>
      </w:pPr>
      <w:r>
        <w:t>PROJE KONUSU AÇIKLAMASI</w:t>
      </w:r>
    </w:p>
    <w:p w:rsidR="0058529C" w:rsidRDefault="00081DA3">
      <w:r>
        <w:t>Evde bulunan geri dönüştürülebilir atık malzemeleri kullanarak işlevsel veya dekoratif yeni bir ürün tasarlayınız. Kullanılan malzemelerin türlerini açıklayınız ve ürünün ne işe yaradığını yazınız. Projeyi görsellerle de</w:t>
      </w:r>
      <w:r>
        <w:t>stekleyerek sunuma hazır hale getiriniz.</w:t>
      </w:r>
    </w:p>
    <w:p w:rsidR="0058529C" w:rsidRDefault="00081DA3">
      <w:pPr>
        <w:pStyle w:val="Balk2"/>
        <w:jc w:val="center"/>
      </w:pPr>
      <w:r>
        <w:t>PROJE YÖNERGESİ</w:t>
      </w:r>
    </w:p>
    <w:p w:rsidR="0058529C" w:rsidRDefault="00081DA3">
      <w:pPr>
        <w:pStyle w:val="ListeNumaras"/>
      </w:pPr>
      <w:r>
        <w:t>Geri dönüşüm hakkında kısa bir araştırma yapınız.</w:t>
      </w:r>
    </w:p>
    <w:p w:rsidR="0058529C" w:rsidRDefault="00081DA3">
      <w:pPr>
        <w:pStyle w:val="ListeNumaras"/>
      </w:pPr>
      <w:r>
        <w:t>Evdeki geri dönüştürülebilir malzemeleri toplayınız.</w:t>
      </w:r>
    </w:p>
    <w:p w:rsidR="0058529C" w:rsidRDefault="00081DA3">
      <w:pPr>
        <w:pStyle w:val="ListeNumaras"/>
      </w:pPr>
      <w:r>
        <w:t>Bu malzemelerle yeni ve yaratıcı bir ürün tasarlayınız.</w:t>
      </w:r>
    </w:p>
    <w:p w:rsidR="0058529C" w:rsidRDefault="00081DA3">
      <w:pPr>
        <w:pStyle w:val="ListeNumaras"/>
      </w:pPr>
      <w:r>
        <w:t xml:space="preserve">Ürününüzü temiz ve sağlam şekilde </w:t>
      </w:r>
      <w:r>
        <w:t>oluşturunuz.</w:t>
      </w:r>
    </w:p>
    <w:p w:rsidR="0058529C" w:rsidRDefault="00081DA3">
      <w:pPr>
        <w:pStyle w:val="ListeNumaras"/>
      </w:pPr>
      <w:r>
        <w:t>Ürünün ne işe yaradığını yazılı olarak açıklayınız.</w:t>
      </w:r>
    </w:p>
    <w:p w:rsidR="0058529C" w:rsidRDefault="00081DA3">
      <w:pPr>
        <w:pStyle w:val="ListeNumaras"/>
      </w:pPr>
      <w:r>
        <w:t>Ürün yapım aşamasını fotoğraflayarak belgeleyiniz.</w:t>
      </w:r>
    </w:p>
    <w:p w:rsidR="0058529C" w:rsidRDefault="00081DA3">
      <w:pPr>
        <w:pStyle w:val="ListeNumaras"/>
      </w:pPr>
      <w:r>
        <w:t>Belirtilen tarihte teslim ediniz.</w:t>
      </w:r>
    </w:p>
    <w:p w:rsidR="0058529C" w:rsidRDefault="00081DA3">
      <w:pPr>
        <w:pStyle w:val="Balk2"/>
        <w:jc w:val="center"/>
      </w:pPr>
      <w:r>
        <w:t>PUANLAMA ÖLÇÜTLERİ</w:t>
      </w:r>
    </w:p>
    <w:p w:rsidR="0058529C" w:rsidRDefault="00081DA3">
      <w:r>
        <w:t>- Geri Dönüşüme Uygunluk: 20 Puan</w:t>
      </w:r>
    </w:p>
    <w:p w:rsidR="0058529C" w:rsidRDefault="00081DA3">
      <w:r>
        <w:t>- Malzeme Seçimi ve Kullanımı: 20 Puan</w:t>
      </w:r>
    </w:p>
    <w:p w:rsidR="0058529C" w:rsidRDefault="00081DA3">
      <w:r>
        <w:t>- Ürünün İşlev</w:t>
      </w:r>
      <w:r>
        <w:t>selliği veya Estetiği: 20 Puan</w:t>
      </w:r>
    </w:p>
    <w:p w:rsidR="0058529C" w:rsidRDefault="00081DA3">
      <w:r>
        <w:t>- Sunum ve Açıklama: 20 Puan</w:t>
      </w:r>
    </w:p>
    <w:p w:rsidR="0058529C" w:rsidRDefault="00081DA3">
      <w:r>
        <w:t>- Zamanında Teslim: 20 Puan</w:t>
      </w:r>
    </w:p>
    <w:sectPr w:rsidR="0058529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81DA3"/>
    <w:rsid w:val="0015074B"/>
    <w:rsid w:val="0029639D"/>
    <w:rsid w:val="00326F90"/>
    <w:rsid w:val="0058529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A18635-DDED-4B3D-B72D-963B7DBBD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2025-04-19T19:22:00Z</dcterms:modified>
  <cp:category/>
</cp:coreProperties>
</file>