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8D0" w:rsidRDefault="00467C34" w:rsidP="00467C34">
      <w:pPr>
        <w:pStyle w:val="Balk1"/>
        <w:jc w:val="center"/>
      </w:pPr>
      <w:r>
        <w:t xml:space="preserve">5. SINIF FEN BİLİMLERİ PROJE GÖREV YÖNERGESİ </w:t>
      </w:r>
      <w:r>
        <w:t>EĞİTİM-ÖĞRETİM YILI: 20... – 20...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DA48D0">
        <w:tc>
          <w:tcPr>
            <w:tcW w:w="4320" w:type="dxa"/>
          </w:tcPr>
          <w:p w:rsidR="00DA48D0" w:rsidRDefault="00467C34">
            <w:r>
              <w:t>Adı Soyadı:</w:t>
            </w:r>
          </w:p>
        </w:tc>
        <w:tc>
          <w:tcPr>
            <w:tcW w:w="4320" w:type="dxa"/>
          </w:tcPr>
          <w:p w:rsidR="00DA48D0" w:rsidRDefault="00467C34">
            <w:r>
              <w:t>Sınıf / Şube / No:</w:t>
            </w:r>
          </w:p>
        </w:tc>
      </w:tr>
      <w:tr w:rsidR="00DA48D0">
        <w:tc>
          <w:tcPr>
            <w:tcW w:w="4320" w:type="dxa"/>
          </w:tcPr>
          <w:p w:rsidR="00DA48D0" w:rsidRDefault="00467C34">
            <w:r>
              <w:t>Okulu:</w:t>
            </w:r>
          </w:p>
        </w:tc>
        <w:tc>
          <w:tcPr>
            <w:tcW w:w="4320" w:type="dxa"/>
          </w:tcPr>
          <w:p w:rsidR="00DA48D0" w:rsidRDefault="00DA48D0"/>
        </w:tc>
      </w:tr>
      <w:tr w:rsidR="00DA48D0">
        <w:tc>
          <w:tcPr>
            <w:tcW w:w="4320" w:type="dxa"/>
          </w:tcPr>
          <w:p w:rsidR="00DA48D0" w:rsidRDefault="00467C34">
            <w:r>
              <w:t>Veriliş Tarihi:</w:t>
            </w:r>
          </w:p>
        </w:tc>
        <w:tc>
          <w:tcPr>
            <w:tcW w:w="4320" w:type="dxa"/>
          </w:tcPr>
          <w:p w:rsidR="00DA48D0" w:rsidRDefault="00467C34">
            <w:r>
              <w:t>Teslim Tarihi:</w:t>
            </w:r>
          </w:p>
        </w:tc>
      </w:tr>
    </w:tbl>
    <w:p w:rsidR="00DA48D0" w:rsidRDefault="00467C34">
      <w:r>
        <w:br/>
        <w:t>Öğrenme Alanı / Ünite: GÖKYÜZÜNDEKİ KOMŞULARIMIZ VE BİZ</w:t>
      </w:r>
    </w:p>
    <w:p w:rsidR="00DA48D0" w:rsidRDefault="00467C34">
      <w:r>
        <w:t>Konu: Güneş, Dünya ve Ay Modeli Hazırlama</w:t>
      </w:r>
    </w:p>
    <w:p w:rsidR="00DA48D0" w:rsidRDefault="00467C34" w:rsidP="00467C34">
      <w:pPr>
        <w:pStyle w:val="Balk2"/>
        <w:jc w:val="center"/>
      </w:pPr>
      <w:r>
        <w:t>PROJE KONUSU AÇIKLAMASI</w:t>
      </w:r>
    </w:p>
    <w:p w:rsidR="00DA48D0" w:rsidRDefault="00467C34">
      <w:r>
        <w:t xml:space="preserve">Güneş, Dünya ve Ay’ın birbirleriyle olan konumlarını gösterecek şekilde üç boyutlu bir model hazırlayınız. Modellerinizde dönme ve dolanma hareketlerini göstermek üzere hareketli parçalar kullanabilirsiniz. Modelin yanında kısa bir </w:t>
      </w:r>
      <w:r>
        <w:t>açıklama metni de hazırlayınız. Sınıfta modelinizi arkadaşlarınıza sunmaya hazır olunuz.</w:t>
      </w:r>
    </w:p>
    <w:p w:rsidR="00DA48D0" w:rsidRDefault="00467C34" w:rsidP="00467C34">
      <w:pPr>
        <w:pStyle w:val="Balk2"/>
        <w:jc w:val="center"/>
      </w:pPr>
      <w:r>
        <w:t>PROJE YÖNERGESİ</w:t>
      </w:r>
    </w:p>
    <w:p w:rsidR="00DA48D0" w:rsidRDefault="00467C34">
      <w:r>
        <w:t>1. Konuyla ilgili kaynaklardan bilgi toplayınız.</w:t>
      </w:r>
    </w:p>
    <w:p w:rsidR="00DA48D0" w:rsidRDefault="00467C34">
      <w:r>
        <w:t>2. Güneş, Dünya ve Ay için uygun boyutlarda temsil edecek malzemeler seçiniz.</w:t>
      </w:r>
    </w:p>
    <w:p w:rsidR="00DA48D0" w:rsidRDefault="00467C34">
      <w:r>
        <w:t>3. Modelinizin üzerine t</w:t>
      </w:r>
      <w:r>
        <w:t>emel kavramları yansıtacak detaylar ekleyiniz.</w:t>
      </w:r>
    </w:p>
    <w:p w:rsidR="00DA48D0" w:rsidRDefault="00467C34">
      <w:r>
        <w:t>4. Modelin altına açıklayıcı bir yazı kartı hazırlayınız.</w:t>
      </w:r>
    </w:p>
    <w:p w:rsidR="00DA48D0" w:rsidRDefault="00467C34">
      <w:r>
        <w:t>5. Sınıf içinde sözlü sunum yapmaya hazır olunuz.</w:t>
      </w:r>
    </w:p>
    <w:p w:rsidR="00DA48D0" w:rsidRDefault="00467C34">
      <w:r>
        <w:t>6. Projeyi düzenli, anlamlı ve yaratıcı şekilde hazırlayınız.</w:t>
      </w:r>
    </w:p>
    <w:p w:rsidR="00DA48D0" w:rsidRDefault="00467C34">
      <w:r>
        <w:t>7. Belirlenen tarihe kadar teslim edini</w:t>
      </w:r>
      <w:r>
        <w:t>z.</w:t>
      </w:r>
    </w:p>
    <w:p w:rsidR="00DA48D0" w:rsidRDefault="00467C34" w:rsidP="00467C34">
      <w:pPr>
        <w:pStyle w:val="Balk2"/>
        <w:jc w:val="center"/>
      </w:pPr>
      <w:r>
        <w:t>PUANLAMA ÖLÇÜTLE</w:t>
      </w:r>
      <w:bookmarkStart w:id="0" w:name="_GoBack"/>
      <w:bookmarkEnd w:id="0"/>
      <w:r>
        <w:t>Rİ</w:t>
      </w:r>
    </w:p>
    <w:p w:rsidR="00DA48D0" w:rsidRDefault="00467C34">
      <w:r>
        <w:t>- Modelin Konuya Uygunluğu: 20 Puan</w:t>
      </w:r>
    </w:p>
    <w:p w:rsidR="00DA48D0" w:rsidRDefault="00467C34">
      <w:r>
        <w:t>- Malzeme Kullanımı ve Görsellik: 20 Puan</w:t>
      </w:r>
    </w:p>
    <w:p w:rsidR="00DA48D0" w:rsidRDefault="00467C34">
      <w:r>
        <w:t>- Yaratıcılık: 20 Puan</w:t>
      </w:r>
    </w:p>
    <w:p w:rsidR="00DA48D0" w:rsidRDefault="00467C34">
      <w:r>
        <w:t>- Açıklayıcı Yazı: 20 Puan</w:t>
      </w:r>
    </w:p>
    <w:p w:rsidR="00DA48D0" w:rsidRDefault="00467C34">
      <w:r>
        <w:t>- Sunum Becerisi: 20 Puan</w:t>
      </w:r>
    </w:p>
    <w:sectPr w:rsidR="00DA48D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67C34"/>
    <w:rsid w:val="00AA1D8D"/>
    <w:rsid w:val="00B47730"/>
    <w:rsid w:val="00CB0664"/>
    <w:rsid w:val="00DA48D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93B9EA1-8C01-4732-BF22-0F6C45707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1194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2</cp:revision>
  <dcterms:created xsi:type="dcterms:W3CDTF">2013-12-23T23:15:00Z</dcterms:created>
  <dcterms:modified xsi:type="dcterms:W3CDTF">2025-04-19T13:58:00Z</dcterms:modified>
  <cp:category/>
</cp:coreProperties>
</file>