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8AA" w:rsidRDefault="004E54D8" w:rsidP="004E54D8">
      <w:pPr>
        <w:pStyle w:val="Balk1"/>
        <w:jc w:val="center"/>
      </w:pPr>
      <w:r>
        <w:t xml:space="preserve">5. SINIF FEN BİLİMLERİ PROJE GÖREV YÖNERGESİ </w:t>
      </w:r>
      <w:r>
        <w:t>EĞİTİM-ÖĞRETİM YILI: 20... – 20...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B628AA">
        <w:tc>
          <w:tcPr>
            <w:tcW w:w="4320" w:type="dxa"/>
          </w:tcPr>
          <w:p w:rsidR="00B628AA" w:rsidRDefault="004E54D8">
            <w:r>
              <w:t>Adı Soyadı:</w:t>
            </w:r>
          </w:p>
        </w:tc>
        <w:tc>
          <w:tcPr>
            <w:tcW w:w="4320" w:type="dxa"/>
          </w:tcPr>
          <w:p w:rsidR="00B628AA" w:rsidRDefault="004E54D8">
            <w:r>
              <w:t>Sınıf / Şube / No:</w:t>
            </w:r>
          </w:p>
        </w:tc>
      </w:tr>
      <w:tr w:rsidR="00B628AA">
        <w:tc>
          <w:tcPr>
            <w:tcW w:w="4320" w:type="dxa"/>
          </w:tcPr>
          <w:p w:rsidR="00B628AA" w:rsidRDefault="004E54D8">
            <w:r>
              <w:t>Okulu:</w:t>
            </w:r>
          </w:p>
        </w:tc>
        <w:tc>
          <w:tcPr>
            <w:tcW w:w="4320" w:type="dxa"/>
          </w:tcPr>
          <w:p w:rsidR="00B628AA" w:rsidRDefault="00B628AA"/>
        </w:tc>
      </w:tr>
      <w:tr w:rsidR="00B628AA">
        <w:tc>
          <w:tcPr>
            <w:tcW w:w="4320" w:type="dxa"/>
          </w:tcPr>
          <w:p w:rsidR="00B628AA" w:rsidRDefault="004E54D8">
            <w:r>
              <w:t>Veriliş Tarihi:</w:t>
            </w:r>
          </w:p>
        </w:tc>
        <w:tc>
          <w:tcPr>
            <w:tcW w:w="4320" w:type="dxa"/>
          </w:tcPr>
          <w:p w:rsidR="00B628AA" w:rsidRDefault="004E54D8">
            <w:r>
              <w:t>Teslim Tarihi:</w:t>
            </w:r>
          </w:p>
        </w:tc>
      </w:tr>
    </w:tbl>
    <w:p w:rsidR="00B628AA" w:rsidRDefault="004E54D8">
      <w:r>
        <w:br/>
        <w:t>Öğrenme Alanı / Ünite: GÖKYÜZÜNDEKİ KOMŞULARIMIZ VE BİZ</w:t>
      </w:r>
    </w:p>
    <w:p w:rsidR="00B628AA" w:rsidRDefault="004E54D8">
      <w:r>
        <w:t>Konu: Ay’ın Evrelerini Gözlem Raporu</w:t>
      </w:r>
    </w:p>
    <w:p w:rsidR="00B628AA" w:rsidRDefault="004E54D8" w:rsidP="004E54D8">
      <w:pPr>
        <w:pStyle w:val="Balk2"/>
        <w:jc w:val="center"/>
      </w:pPr>
      <w:r>
        <w:t xml:space="preserve">PROJE </w:t>
      </w:r>
      <w:r>
        <w:t>KONUSU AÇIKLAMASI</w:t>
      </w:r>
    </w:p>
    <w:p w:rsidR="00B628AA" w:rsidRDefault="004E54D8">
      <w:r>
        <w:t>Ay’ın farklı evrelerini 1 ay boyunca gözlemleyip, her günkü görünümünü bir deftere çizin ve not alın. Haftalık olarak evre değişimlerini açıklayın. Gözlemlerinizi tablolarla gösterin. Hazırladığınız raporu sunuma uygun hale getiriniz.</w:t>
      </w:r>
    </w:p>
    <w:p w:rsidR="00B628AA" w:rsidRDefault="004E54D8" w:rsidP="004E54D8">
      <w:pPr>
        <w:pStyle w:val="Balk2"/>
        <w:jc w:val="center"/>
      </w:pPr>
      <w:r>
        <w:t>PRO</w:t>
      </w:r>
      <w:r>
        <w:t>JE YÖNERGESİ</w:t>
      </w:r>
    </w:p>
    <w:p w:rsidR="00B628AA" w:rsidRDefault="004E54D8">
      <w:r>
        <w:t>1. Ay gözlemi yapabileceğiniz zamanları belirleyiniz.</w:t>
      </w:r>
    </w:p>
    <w:p w:rsidR="00B628AA" w:rsidRDefault="004E54D8">
      <w:r>
        <w:t>2. Her gün Ay’ın görünümünü çizin ve tarih atınız.</w:t>
      </w:r>
    </w:p>
    <w:p w:rsidR="00B628AA" w:rsidRDefault="004E54D8">
      <w:r>
        <w:t>3. Haftalık özet raporlar oluşturun.</w:t>
      </w:r>
    </w:p>
    <w:p w:rsidR="00B628AA" w:rsidRDefault="004E54D8">
      <w:r>
        <w:t>4. Gözlemleri tablo halinde düzenleyiniz.</w:t>
      </w:r>
    </w:p>
    <w:p w:rsidR="00B628AA" w:rsidRDefault="004E54D8">
      <w:bookmarkStart w:id="0" w:name="_GoBack"/>
      <w:bookmarkEnd w:id="0"/>
      <w:r>
        <w:t>5. Sonuç kısmında gözlemlerinizin genel bir değerlendirmesi</w:t>
      </w:r>
      <w:r>
        <w:t>ni yazınız.</w:t>
      </w:r>
    </w:p>
    <w:p w:rsidR="00B628AA" w:rsidRDefault="004E54D8">
      <w:r>
        <w:t>6. Çalışmanızı görsellerle ve başlıklarla düzenleyiniz.</w:t>
      </w:r>
    </w:p>
    <w:p w:rsidR="00B628AA" w:rsidRDefault="004E54D8">
      <w:r>
        <w:t>7. Belirlenen tarihte öğretmeninize teslim ediniz.</w:t>
      </w:r>
    </w:p>
    <w:p w:rsidR="00B628AA" w:rsidRDefault="004E54D8" w:rsidP="004E54D8">
      <w:pPr>
        <w:pStyle w:val="Balk2"/>
        <w:jc w:val="center"/>
      </w:pPr>
      <w:r>
        <w:t>PUANLAMA ÖLÇÜTLERİ</w:t>
      </w:r>
    </w:p>
    <w:p w:rsidR="00B628AA" w:rsidRDefault="004E54D8">
      <w:r>
        <w:t>- Gözlemlerin Düzenliliği: 20 Puan</w:t>
      </w:r>
    </w:p>
    <w:p w:rsidR="00B628AA" w:rsidRDefault="004E54D8">
      <w:r>
        <w:t>- Görsel Sunum: 20 Puan</w:t>
      </w:r>
    </w:p>
    <w:p w:rsidR="00B628AA" w:rsidRDefault="004E54D8">
      <w:r>
        <w:t>- Açıklayıcı Rapor: 20 Puan</w:t>
      </w:r>
    </w:p>
    <w:p w:rsidR="00B628AA" w:rsidRDefault="004E54D8">
      <w:r>
        <w:t>- Tabloların Doğruluğu: 20 Puan</w:t>
      </w:r>
    </w:p>
    <w:p w:rsidR="00B628AA" w:rsidRDefault="004E54D8">
      <w:r>
        <w:t>- Genel Anlatım ve Düzen: 20 Puan</w:t>
      </w:r>
    </w:p>
    <w:sectPr w:rsidR="00B628A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E54D8"/>
    <w:rsid w:val="00AA1D8D"/>
    <w:rsid w:val="00B47730"/>
    <w:rsid w:val="00B628AA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B492BBA-A588-49F5-9CC2-F94F0BAC8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2</cp:revision>
  <dcterms:created xsi:type="dcterms:W3CDTF">2013-12-23T23:15:00Z</dcterms:created>
  <dcterms:modified xsi:type="dcterms:W3CDTF">2025-04-19T13:58:00Z</dcterms:modified>
  <cp:category/>
</cp:coreProperties>
</file>