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55A" w:rsidRDefault="00E848E4" w:rsidP="00E848E4">
      <w:pPr>
        <w:pStyle w:val="Balk1"/>
        <w:jc w:val="center"/>
      </w:pPr>
      <w:r>
        <w:t xml:space="preserve">5. SINIF FEN BİLİMLERİ PROJE GÖREV YÖNERGESİ </w:t>
      </w:r>
      <w:r>
        <w:t>EĞİTİM-ÖĞRETİM YILI: 20… – 20…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73655A">
        <w:tc>
          <w:tcPr>
            <w:tcW w:w="4320" w:type="dxa"/>
          </w:tcPr>
          <w:p w:rsidR="0073655A" w:rsidRDefault="00E848E4">
            <w:r>
              <w:t>Adı Soyadı:</w:t>
            </w:r>
          </w:p>
        </w:tc>
        <w:tc>
          <w:tcPr>
            <w:tcW w:w="4320" w:type="dxa"/>
          </w:tcPr>
          <w:p w:rsidR="0073655A" w:rsidRDefault="00E848E4">
            <w:r>
              <w:t>Sınıf / Şube / No:</w:t>
            </w:r>
          </w:p>
        </w:tc>
      </w:tr>
      <w:tr w:rsidR="0073655A">
        <w:tc>
          <w:tcPr>
            <w:tcW w:w="4320" w:type="dxa"/>
          </w:tcPr>
          <w:p w:rsidR="0073655A" w:rsidRDefault="00E848E4">
            <w:r>
              <w:t>Okulu:</w:t>
            </w:r>
          </w:p>
        </w:tc>
        <w:tc>
          <w:tcPr>
            <w:tcW w:w="4320" w:type="dxa"/>
          </w:tcPr>
          <w:p w:rsidR="0073655A" w:rsidRDefault="00E848E4">
            <w:r>
              <w:t>Veriliş Tarihi:</w:t>
            </w:r>
          </w:p>
        </w:tc>
      </w:tr>
      <w:tr w:rsidR="0073655A">
        <w:tc>
          <w:tcPr>
            <w:tcW w:w="8640" w:type="dxa"/>
            <w:gridSpan w:val="2"/>
          </w:tcPr>
          <w:p w:rsidR="0073655A" w:rsidRDefault="00E848E4">
            <w:r>
              <w:t>Teslim Tarihi:</w:t>
            </w:r>
          </w:p>
        </w:tc>
      </w:tr>
      <w:tr w:rsidR="00E848E4">
        <w:tc>
          <w:tcPr>
            <w:tcW w:w="8640" w:type="dxa"/>
            <w:gridSpan w:val="2"/>
          </w:tcPr>
          <w:p w:rsidR="00E848E4" w:rsidRDefault="00E848E4">
            <w:proofErr w:type="spellStart"/>
            <w:r>
              <w:t>Öğrenme</w:t>
            </w:r>
            <w:proofErr w:type="spellEnd"/>
            <w:r>
              <w:t xml:space="preserve"> </w:t>
            </w:r>
            <w:proofErr w:type="spellStart"/>
            <w:r>
              <w:t>Alanı</w:t>
            </w:r>
            <w:proofErr w:type="spellEnd"/>
            <w:r>
              <w:t xml:space="preserve"> / </w:t>
            </w:r>
            <w:proofErr w:type="spellStart"/>
            <w:r>
              <w:t>Ünite</w:t>
            </w:r>
            <w:proofErr w:type="spellEnd"/>
            <w:r>
              <w:t>: KUVVETİ TANIYALIM</w:t>
            </w:r>
          </w:p>
        </w:tc>
      </w:tr>
      <w:tr w:rsidR="00E848E4">
        <w:tc>
          <w:tcPr>
            <w:tcW w:w="8640" w:type="dxa"/>
            <w:gridSpan w:val="2"/>
          </w:tcPr>
          <w:p w:rsidR="00E848E4" w:rsidRDefault="00E848E4">
            <w:proofErr w:type="spellStart"/>
            <w:r>
              <w:t>Konu</w:t>
            </w:r>
            <w:proofErr w:type="spellEnd"/>
            <w:r>
              <w:t xml:space="preserve">: </w:t>
            </w:r>
            <w:proofErr w:type="spellStart"/>
            <w:r>
              <w:t>Kuvvetin</w:t>
            </w:r>
            <w:proofErr w:type="spellEnd"/>
            <w:r>
              <w:t xml:space="preserve"> </w:t>
            </w:r>
            <w:proofErr w:type="spellStart"/>
            <w:r>
              <w:t>Cisimler</w:t>
            </w:r>
            <w:proofErr w:type="spellEnd"/>
            <w:r>
              <w:t xml:space="preserve"> </w:t>
            </w:r>
            <w:proofErr w:type="spellStart"/>
            <w:r>
              <w:t>Üzerindeki</w:t>
            </w:r>
            <w:proofErr w:type="spellEnd"/>
            <w:r>
              <w:t xml:space="preserve"> </w:t>
            </w:r>
            <w:proofErr w:type="spellStart"/>
            <w:r>
              <w:t>Etkisi</w:t>
            </w:r>
            <w:proofErr w:type="spellEnd"/>
            <w:r>
              <w:t xml:space="preserve"> </w:t>
            </w:r>
            <w:proofErr w:type="spellStart"/>
            <w:r>
              <w:t>Afişi</w:t>
            </w:r>
            <w:proofErr w:type="spellEnd"/>
          </w:p>
        </w:tc>
      </w:tr>
    </w:tbl>
    <w:p w:rsidR="0073655A" w:rsidRDefault="00E848E4">
      <w:r>
        <w:br/>
      </w:r>
    </w:p>
    <w:p w:rsidR="0073655A" w:rsidRDefault="00E848E4" w:rsidP="00E848E4">
      <w:pPr>
        <w:pStyle w:val="Balk2"/>
        <w:jc w:val="center"/>
      </w:pPr>
      <w:r>
        <w:t xml:space="preserve">PROJE KONUSU </w:t>
      </w:r>
      <w:r>
        <w:t>AÇIKLAMASI</w:t>
      </w:r>
    </w:p>
    <w:p w:rsidR="0073655A" w:rsidRDefault="00E848E4">
      <w:proofErr w:type="gramStart"/>
      <w:r>
        <w:t>Bu projede kuvvetin cisimler üzerindeki etkisini anlatan bir afiş hazırlamanız beklenmektedir.</w:t>
      </w:r>
      <w:proofErr w:type="gramEnd"/>
      <w:r>
        <w:t xml:space="preserve"> Afişinizde kuvvetin şekil, yön ve hareket üzerindeki etkilerini örneklerle ve görsellerle göstermeniz gerekmektedir. Günlük yaşamdan örneklerle zengin</w:t>
      </w:r>
      <w:r>
        <w:t>leştirilmiş afişinizi renkli ve dikkat çekici şekilde tasarlayınız. Hazırladığınız afişi sınıfta sunmaya hazır olunuz.</w:t>
      </w:r>
    </w:p>
    <w:p w:rsidR="0073655A" w:rsidRDefault="00E848E4" w:rsidP="00E848E4">
      <w:pPr>
        <w:pStyle w:val="Balk2"/>
        <w:jc w:val="center"/>
      </w:pPr>
      <w:r>
        <w:t>PROJE YÖNERGESİ</w:t>
      </w:r>
    </w:p>
    <w:p w:rsidR="0073655A" w:rsidRDefault="00E848E4">
      <w:r>
        <w:t>1. Kuvvetin etkileri hakkında araştırma yapınız.</w:t>
      </w:r>
    </w:p>
    <w:p w:rsidR="0073655A" w:rsidRDefault="00E848E4">
      <w:r>
        <w:t>2. Elde ettiğiniz bilgileri not alınız ve afişte kullanılacak ana başlık</w:t>
      </w:r>
      <w:r>
        <w:t>ları belirleyiniz.</w:t>
      </w:r>
    </w:p>
    <w:p w:rsidR="0073655A" w:rsidRDefault="00E848E4">
      <w:r>
        <w:t>3. Afişiniz için uygun boyutta bir karton seçiniz.</w:t>
      </w:r>
    </w:p>
    <w:p w:rsidR="0073655A" w:rsidRDefault="00E848E4">
      <w:r>
        <w:t>4. Kuvvetin etkisini gösteren örnek görseller hazırlayınız veya çiziniz.</w:t>
      </w:r>
    </w:p>
    <w:p w:rsidR="0073655A" w:rsidRDefault="00E848E4">
      <w:r>
        <w:t>5. Afişi renkli ve düzenli olacak şekilde tasarlayınız.</w:t>
      </w:r>
    </w:p>
    <w:p w:rsidR="0073655A" w:rsidRDefault="00E848E4">
      <w:r>
        <w:t xml:space="preserve">6. Hazırladığınız afişi sınıfta sunmak üzere muhafaza </w:t>
      </w:r>
      <w:r>
        <w:t>ediniz.</w:t>
      </w:r>
    </w:p>
    <w:p w:rsidR="0073655A" w:rsidRDefault="00E848E4">
      <w:r>
        <w:t>7. Belirtilen tarihte afişinizi teslim ediniz.</w:t>
      </w:r>
      <w:bookmarkStart w:id="0" w:name="_GoBack"/>
      <w:bookmarkEnd w:id="0"/>
    </w:p>
    <w:p w:rsidR="0073655A" w:rsidRDefault="00E848E4" w:rsidP="00E848E4">
      <w:pPr>
        <w:pStyle w:val="Balk2"/>
        <w:jc w:val="center"/>
      </w:pPr>
      <w:r>
        <w:t>PUANLAMA ÖLÇÜTLERİ</w:t>
      </w:r>
    </w:p>
    <w:p w:rsidR="0073655A" w:rsidRDefault="00E848E4">
      <w:r>
        <w:t>- Konunun Anlaşılabilirliği: 20 Puan</w:t>
      </w:r>
    </w:p>
    <w:p w:rsidR="0073655A" w:rsidRDefault="00E848E4">
      <w:r>
        <w:t>- Görsel Kullanımı ve Düzen: 20 Puan</w:t>
      </w:r>
    </w:p>
    <w:p w:rsidR="0073655A" w:rsidRDefault="00E848E4">
      <w:r>
        <w:t>- Özgünlük ve Yaratıcılık: 20 Puan</w:t>
      </w:r>
    </w:p>
    <w:p w:rsidR="0073655A" w:rsidRDefault="00E848E4">
      <w:r>
        <w:t>- Sunum Becerisi: 20 Puan</w:t>
      </w:r>
    </w:p>
    <w:p w:rsidR="0073655A" w:rsidRDefault="00E848E4">
      <w:r>
        <w:t>- Zamanında Teslim: 20 Puan</w:t>
      </w:r>
    </w:p>
    <w:sectPr w:rsidR="0073655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3655A"/>
    <w:rsid w:val="00AA1D8D"/>
    <w:rsid w:val="00B47730"/>
    <w:rsid w:val="00CB0664"/>
    <w:rsid w:val="00E848E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CD39354-63EF-4047-9F76-A8FD7AAFC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1254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2025-04-19T15:18:00Z</dcterms:modified>
  <cp:category/>
</cp:coreProperties>
</file>