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1A" w:rsidRDefault="00D0004F">
      <w:pPr>
        <w:jc w:val="center"/>
      </w:pPr>
      <w:r>
        <w:rPr>
          <w:b/>
          <w:sz w:val="28"/>
        </w:rPr>
        <w:t>5. SINIF FEN BİLİMLERİ PROJE GÖREV YÖNERGESİ EĞİTİM-ÖĞRETİM YILI:</w:t>
      </w:r>
      <w:r>
        <w:rPr>
          <w:b/>
          <w:sz w:val="28"/>
        </w:rPr>
        <w:br/>
        <w:t>20… – 20…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F53C1A">
        <w:tc>
          <w:tcPr>
            <w:tcW w:w="4320" w:type="dxa"/>
          </w:tcPr>
          <w:p w:rsidR="00F53C1A" w:rsidRDefault="00D0004F">
            <w:r>
              <w:t>Adı Soyadı:</w:t>
            </w:r>
          </w:p>
        </w:tc>
        <w:tc>
          <w:tcPr>
            <w:tcW w:w="4320" w:type="dxa"/>
          </w:tcPr>
          <w:p w:rsidR="00F53C1A" w:rsidRDefault="00D0004F">
            <w:r>
              <w:t>Sınıf / Şube / No:</w:t>
            </w:r>
          </w:p>
        </w:tc>
      </w:tr>
      <w:tr w:rsidR="00F53C1A">
        <w:tc>
          <w:tcPr>
            <w:tcW w:w="4320" w:type="dxa"/>
          </w:tcPr>
          <w:p w:rsidR="00F53C1A" w:rsidRDefault="00D0004F">
            <w:r>
              <w:t>Okulu:</w:t>
            </w:r>
          </w:p>
        </w:tc>
        <w:tc>
          <w:tcPr>
            <w:tcW w:w="4320" w:type="dxa"/>
          </w:tcPr>
          <w:p w:rsidR="00F53C1A" w:rsidRDefault="00F53C1A"/>
        </w:tc>
      </w:tr>
      <w:tr w:rsidR="00F53C1A">
        <w:tc>
          <w:tcPr>
            <w:tcW w:w="4320" w:type="dxa"/>
          </w:tcPr>
          <w:p w:rsidR="00F53C1A" w:rsidRDefault="00D0004F">
            <w:r>
              <w:t>Veriliş Tarihi:</w:t>
            </w:r>
          </w:p>
        </w:tc>
        <w:tc>
          <w:tcPr>
            <w:tcW w:w="4320" w:type="dxa"/>
          </w:tcPr>
          <w:p w:rsidR="00F53C1A" w:rsidRDefault="00D0004F">
            <w:r>
              <w:t>Teslim Tarihi:</w:t>
            </w:r>
          </w:p>
        </w:tc>
      </w:tr>
      <w:tr w:rsidR="00F53C1A">
        <w:tc>
          <w:tcPr>
            <w:tcW w:w="4320" w:type="dxa"/>
          </w:tcPr>
          <w:p w:rsidR="00F53C1A" w:rsidRDefault="00D0004F">
            <w:r>
              <w:t>Öğrenme Alanı / Ünite: KUVVETİ TANIYALIM</w:t>
            </w:r>
          </w:p>
        </w:tc>
        <w:tc>
          <w:tcPr>
            <w:tcW w:w="4320" w:type="dxa"/>
          </w:tcPr>
          <w:p w:rsidR="00F53C1A" w:rsidRDefault="00D0004F">
            <w:r>
              <w:t>Konu: Basit Makaralarla Kuvveti Anlama Deneyi</w:t>
            </w:r>
          </w:p>
        </w:tc>
      </w:tr>
    </w:tbl>
    <w:p w:rsidR="00F53C1A" w:rsidRDefault="00F53C1A"/>
    <w:p w:rsidR="00F53C1A" w:rsidRDefault="00D0004F" w:rsidP="00D0004F">
      <w:pPr>
        <w:pStyle w:val="Balk2"/>
        <w:jc w:val="center"/>
      </w:pPr>
      <w:r>
        <w:t xml:space="preserve">PROJE KONUSU </w:t>
      </w:r>
      <w:r>
        <w:t>AÇIKLAMASI</w:t>
      </w:r>
    </w:p>
    <w:p w:rsidR="00F53C1A" w:rsidRDefault="00D0004F">
      <w:r>
        <w:t>Basit makineler konusunu daha iyi anlayabilmek için bir düzenek tasarlayarak basit makaraların kuvvet üzerindeki etkisini deneyerek gözlemleyiniz. Bu düzenekte sabit ve hareketli makaraları kullanarak yük kaldırmayı deneyiniz. Deney sürecini rap</w:t>
      </w:r>
      <w:r>
        <w:t>or halinde yazınız ve sınıfta sunmaya hazır olunuz.</w:t>
      </w:r>
    </w:p>
    <w:p w:rsidR="00F53C1A" w:rsidRDefault="00D0004F" w:rsidP="00D0004F">
      <w:pPr>
        <w:pStyle w:val="Balk2"/>
        <w:jc w:val="center"/>
      </w:pPr>
      <w:r>
        <w:t>PROJE YÖNERGESİ</w:t>
      </w:r>
    </w:p>
    <w:p w:rsidR="00F53C1A" w:rsidRDefault="00D0004F">
      <w:r>
        <w:t>1. Konuyla ilgili bilgi toplayınız ve kaynak araştırması yapınız.</w:t>
      </w:r>
    </w:p>
    <w:p w:rsidR="00F53C1A" w:rsidRDefault="00D0004F">
      <w:r>
        <w:t>2. Basit makinelerle ilgili bir düzenek planlayınız.</w:t>
      </w:r>
    </w:p>
    <w:p w:rsidR="00F53C1A" w:rsidRDefault="00D0004F">
      <w:r>
        <w:t xml:space="preserve">3. Gerekli malzemeleri hazırlayıp sabit ve hareketli makaralarla bir </w:t>
      </w:r>
      <w:r>
        <w:t>deney düzeneği kurunuz.</w:t>
      </w:r>
      <w:bookmarkStart w:id="0" w:name="_GoBack"/>
      <w:bookmarkEnd w:id="0"/>
    </w:p>
    <w:p w:rsidR="00F53C1A" w:rsidRDefault="00D0004F">
      <w:r>
        <w:t>4. Deney sürecini fotoğraflayarak veya çizerek belgeleyiniz.</w:t>
      </w:r>
    </w:p>
    <w:p w:rsidR="00F53C1A" w:rsidRDefault="00D0004F">
      <w:r>
        <w:t>5. Deney gözlemlerinizi ve sonuçlarını bir rapor halinde yazınız.</w:t>
      </w:r>
    </w:p>
    <w:p w:rsidR="00F53C1A" w:rsidRDefault="00D0004F">
      <w:r>
        <w:t>6. Sunum için kendinizi hazırlayınız ve çalışmanızı sınıf arkadaşlarınıza açıklayınız.</w:t>
      </w:r>
    </w:p>
    <w:p w:rsidR="00F53C1A" w:rsidRDefault="00D0004F" w:rsidP="00D0004F">
      <w:pPr>
        <w:pStyle w:val="Balk2"/>
        <w:jc w:val="center"/>
      </w:pPr>
      <w:r>
        <w:t>PUANLAMA ÖLÇÜTLERİ</w:t>
      </w:r>
    </w:p>
    <w:p w:rsidR="00F53C1A" w:rsidRDefault="00D0004F">
      <w:r>
        <w:t>• Konuya Uygunluk: 20 Puan</w:t>
      </w:r>
    </w:p>
    <w:p w:rsidR="00F53C1A" w:rsidRDefault="00D0004F">
      <w:r>
        <w:t>• Malzeme Kullanımı ve Deneyin Gerçekliği: 20 Puan</w:t>
      </w:r>
    </w:p>
    <w:p w:rsidR="00F53C1A" w:rsidRDefault="00D0004F">
      <w:r>
        <w:t>• Deney Raporu: 20 Puan</w:t>
      </w:r>
    </w:p>
    <w:p w:rsidR="00F53C1A" w:rsidRDefault="00D0004F">
      <w:r>
        <w:t>• Sunum Becerisi: 20 Puan</w:t>
      </w:r>
    </w:p>
    <w:p w:rsidR="00F53C1A" w:rsidRDefault="00D0004F">
      <w:r>
        <w:t>• Düzen ve Temizlik: 20 Puan</w:t>
      </w:r>
    </w:p>
    <w:sectPr w:rsidR="00F53C1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0004F"/>
    <w:rsid w:val="00F53C1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0964C87-F13F-4E73-A7D7-5B5985DE5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2</cp:revision>
  <dcterms:created xsi:type="dcterms:W3CDTF">2013-12-23T23:15:00Z</dcterms:created>
  <dcterms:modified xsi:type="dcterms:W3CDTF">2025-04-19T15:16:00Z</dcterms:modified>
  <cp:category/>
</cp:coreProperties>
</file>