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20BB" w:rsidRDefault="007D57A0" w:rsidP="007D57A0">
      <w:pPr>
        <w:pStyle w:val="Balk1"/>
        <w:jc w:val="center"/>
      </w:pPr>
      <w:proofErr w:type="gramStart"/>
      <w:r>
        <w:t xml:space="preserve">5 SINIF FEN BİLİMLERİ PROJE GÖREV YÖNERGESİ </w:t>
      </w:r>
      <w:bookmarkStart w:id="0" w:name="_GoBack"/>
      <w:bookmarkEnd w:id="0"/>
      <w:r>
        <w:t>EĞİTİM-ÖĞRETİM YILI: 20....</w:t>
      </w:r>
      <w:proofErr w:type="gramEnd"/>
      <w:r>
        <w:t xml:space="preserve"> – 20....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4320"/>
        <w:gridCol w:w="4320"/>
      </w:tblGrid>
      <w:tr w:rsidR="003020BB">
        <w:tc>
          <w:tcPr>
            <w:tcW w:w="4320" w:type="dxa"/>
          </w:tcPr>
          <w:p w:rsidR="003020BB" w:rsidRDefault="007D57A0">
            <w:r>
              <w:t>Adı Soyadı:</w:t>
            </w:r>
          </w:p>
        </w:tc>
        <w:tc>
          <w:tcPr>
            <w:tcW w:w="4320" w:type="dxa"/>
          </w:tcPr>
          <w:p w:rsidR="003020BB" w:rsidRDefault="007D57A0">
            <w:r>
              <w:t>Sınıf / Şube / No:</w:t>
            </w:r>
          </w:p>
        </w:tc>
      </w:tr>
      <w:tr w:rsidR="003020BB">
        <w:tc>
          <w:tcPr>
            <w:tcW w:w="4320" w:type="dxa"/>
          </w:tcPr>
          <w:p w:rsidR="003020BB" w:rsidRDefault="007D57A0">
            <w:r>
              <w:t>Okulu:</w:t>
            </w:r>
          </w:p>
        </w:tc>
        <w:tc>
          <w:tcPr>
            <w:tcW w:w="4320" w:type="dxa"/>
          </w:tcPr>
          <w:p w:rsidR="003020BB" w:rsidRDefault="003020BB"/>
        </w:tc>
      </w:tr>
      <w:tr w:rsidR="003020BB">
        <w:tc>
          <w:tcPr>
            <w:tcW w:w="4320" w:type="dxa"/>
          </w:tcPr>
          <w:p w:rsidR="003020BB" w:rsidRDefault="007D57A0">
            <w:r>
              <w:t>Veriliş Tarihi:</w:t>
            </w:r>
          </w:p>
        </w:tc>
        <w:tc>
          <w:tcPr>
            <w:tcW w:w="4320" w:type="dxa"/>
          </w:tcPr>
          <w:p w:rsidR="003020BB" w:rsidRDefault="007D57A0">
            <w:r>
              <w:t>Teslim Tarihi:</w:t>
            </w:r>
          </w:p>
        </w:tc>
      </w:tr>
      <w:tr w:rsidR="003020BB">
        <w:tc>
          <w:tcPr>
            <w:tcW w:w="8640" w:type="dxa"/>
            <w:gridSpan w:val="2"/>
          </w:tcPr>
          <w:p w:rsidR="003020BB" w:rsidRDefault="007D57A0">
            <w:r>
              <w:t>Öğrenme Alanı / Ünite: MADDENİN DOĞASI</w:t>
            </w:r>
            <w:r>
              <w:br/>
              <w:t>Konu: Hal Değişimi Süreçlerini Gözlemleme</w:t>
            </w:r>
          </w:p>
        </w:tc>
      </w:tr>
    </w:tbl>
    <w:p w:rsidR="003020BB" w:rsidRDefault="003020BB"/>
    <w:p w:rsidR="003020BB" w:rsidRDefault="007D57A0">
      <w:pPr>
        <w:pStyle w:val="Balk2"/>
        <w:jc w:val="center"/>
      </w:pPr>
      <w:r>
        <w:t xml:space="preserve">PROJE KONUSU </w:t>
      </w:r>
      <w:r>
        <w:t>AÇIKLAMASI</w:t>
      </w:r>
    </w:p>
    <w:p w:rsidR="003020BB" w:rsidRDefault="007D57A0">
      <w:r>
        <w:t>Maddelerin ısı etkisiyle hal değişimini gözlemlemek amacıyla bir deney yapınız. Eritme, buharlaştırma, yoğuşma gibi süreçlerden en az birini deneyle gözlemleyiniz ve raporlayınız.</w:t>
      </w:r>
    </w:p>
    <w:p w:rsidR="003020BB" w:rsidRDefault="007D57A0">
      <w:pPr>
        <w:pStyle w:val="Balk2"/>
        <w:jc w:val="center"/>
      </w:pPr>
      <w:r>
        <w:t>PROJE YÖNERGESİ</w:t>
      </w:r>
    </w:p>
    <w:p w:rsidR="003020BB" w:rsidRDefault="007D57A0">
      <w:pPr>
        <w:pStyle w:val="ListeNumaras"/>
      </w:pPr>
      <w:r>
        <w:t>Hal değişimi ile ilgili kavramları araştırınız.</w:t>
      </w:r>
    </w:p>
    <w:p w:rsidR="003020BB" w:rsidRDefault="007D57A0">
      <w:pPr>
        <w:pStyle w:val="ListeNumaras"/>
      </w:pPr>
      <w:r>
        <w:t>Bir maddenin hal değişimini gözlemleyebileceğiniz güvenli bir deney planlayınız.</w:t>
      </w:r>
    </w:p>
    <w:p w:rsidR="003020BB" w:rsidRDefault="007D57A0">
      <w:pPr>
        <w:pStyle w:val="ListeNumaras"/>
      </w:pPr>
      <w:r>
        <w:t>Deney sırasında gözlemlerinizi not alınız ve gerekirse fotoğraflayınız.</w:t>
      </w:r>
    </w:p>
    <w:p w:rsidR="003020BB" w:rsidRDefault="007D57A0">
      <w:pPr>
        <w:pStyle w:val="ListeNumaras"/>
      </w:pPr>
      <w:r>
        <w:t>Deneyin amacı, malzemeleri, yöntemi ve sonucu başlıkları altında bir rapor hazırlayınız.</w:t>
      </w:r>
    </w:p>
    <w:p w:rsidR="003020BB" w:rsidRDefault="007D57A0">
      <w:pPr>
        <w:pStyle w:val="ListeNumaras"/>
      </w:pPr>
      <w:r>
        <w:t>Gözlemlerinizi</w:t>
      </w:r>
      <w:r>
        <w:t>n neden-sonuç ilişkisini kurarak açıklayınız.</w:t>
      </w:r>
    </w:p>
    <w:p w:rsidR="003020BB" w:rsidRDefault="007D57A0">
      <w:pPr>
        <w:pStyle w:val="ListeNumaras"/>
      </w:pPr>
      <w:r>
        <w:t>Rapora başlık, tarih ve isim bilgilerini eklemeyi unutmayınız.</w:t>
      </w:r>
    </w:p>
    <w:p w:rsidR="003020BB" w:rsidRDefault="007D57A0">
      <w:pPr>
        <w:pStyle w:val="ListeNumaras"/>
      </w:pPr>
      <w:r>
        <w:t>Raporunuzu belirtilen tarihte öğretmeninize teslim ediniz.</w:t>
      </w:r>
    </w:p>
    <w:p w:rsidR="003020BB" w:rsidRDefault="007D57A0">
      <w:pPr>
        <w:pStyle w:val="Balk2"/>
        <w:jc w:val="center"/>
      </w:pPr>
      <w:r>
        <w:t>PUANLAMA ÖLÇÜTLERİ</w:t>
      </w:r>
    </w:p>
    <w:p w:rsidR="003020BB" w:rsidRDefault="007D57A0">
      <w:r>
        <w:t>- Deneyin Uygunluğu ve Güvenliği: 20 Puan</w:t>
      </w:r>
    </w:p>
    <w:p w:rsidR="003020BB" w:rsidRDefault="007D57A0">
      <w:r>
        <w:t>- Gözlemlerin Doğruluğu: 20</w:t>
      </w:r>
      <w:r>
        <w:t xml:space="preserve"> Puan</w:t>
      </w:r>
    </w:p>
    <w:p w:rsidR="003020BB" w:rsidRDefault="007D57A0">
      <w:r>
        <w:t>- Raporun Düzeni ve Anlaşılabilirliği: 20 Puan</w:t>
      </w:r>
    </w:p>
    <w:p w:rsidR="003020BB" w:rsidRDefault="007D57A0">
      <w:r>
        <w:t>- Bilimsel Açıklamalar: 20 Puan</w:t>
      </w:r>
    </w:p>
    <w:p w:rsidR="003020BB" w:rsidRDefault="007D57A0">
      <w:r>
        <w:t>- Zamanında Teslim: 20 Puan</w:t>
      </w:r>
    </w:p>
    <w:sectPr w:rsidR="003020BB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eNumara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eNumara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eMaddemi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eMaddemi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eNumara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eMaddemi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020BB"/>
    <w:rsid w:val="00326F90"/>
    <w:rsid w:val="007D57A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Balk1">
    <w:name w:val="heading 1"/>
    <w:basedOn w:val="Normal"/>
    <w:next w:val="Normal"/>
    <w:link w:val="Balk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E618BF"/>
  </w:style>
  <w:style w:type="paragraph" w:styleId="Altbilgi">
    <w:name w:val="footer"/>
    <w:basedOn w:val="Normal"/>
    <w:link w:val="Al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E618BF"/>
  </w:style>
  <w:style w:type="paragraph" w:styleId="AralkYok">
    <w:name w:val="No Spacing"/>
    <w:uiPriority w:val="1"/>
    <w:qFormat/>
    <w:rsid w:val="00FC693F"/>
    <w:pPr>
      <w:spacing w:after="0" w:line="240" w:lineRule="auto"/>
    </w:pPr>
  </w:style>
  <w:style w:type="character" w:customStyle="1" w:styleId="Balk1Char">
    <w:name w:val="Başlık 1 Char"/>
    <w:basedOn w:val="VarsaylanParagrafYazTipi"/>
    <w:link w:val="Bal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alk2Char">
    <w:name w:val="Başlık 2 Char"/>
    <w:basedOn w:val="VarsaylanParagrafYazTipi"/>
    <w:link w:val="Bal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alk3Char">
    <w:name w:val="Başlık 3 Char"/>
    <w:basedOn w:val="VarsaylanParagrafYazTipi"/>
    <w:link w:val="Bal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KonuBal">
    <w:name w:val="Title"/>
    <w:basedOn w:val="Normal"/>
    <w:next w:val="Normal"/>
    <w:link w:val="KonuBal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ltKonuBal">
    <w:name w:val="Subtitle"/>
    <w:basedOn w:val="Normal"/>
    <w:next w:val="Normal"/>
    <w:link w:val="AltKonuBal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Paragraf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GvdeMetni">
    <w:name w:val="Body Text"/>
    <w:basedOn w:val="Normal"/>
    <w:link w:val="GvdeMetniChar"/>
    <w:uiPriority w:val="99"/>
    <w:unhideWhenUsed/>
    <w:rsid w:val="00AA1D8D"/>
    <w:pPr>
      <w:spacing w:after="120"/>
    </w:pPr>
  </w:style>
  <w:style w:type="character" w:customStyle="1" w:styleId="GvdeMetniChar">
    <w:name w:val="Gövde Metni Char"/>
    <w:basedOn w:val="VarsaylanParagrafYazTipi"/>
    <w:link w:val="GvdeMetni"/>
    <w:uiPriority w:val="99"/>
    <w:rsid w:val="00AA1D8D"/>
  </w:style>
  <w:style w:type="paragraph" w:styleId="GvdeMetni2">
    <w:name w:val="Body Text 2"/>
    <w:basedOn w:val="Normal"/>
    <w:link w:val="GvdeMetni2Char"/>
    <w:uiPriority w:val="99"/>
    <w:unhideWhenUsed/>
    <w:rsid w:val="00AA1D8D"/>
    <w:pPr>
      <w:spacing w:after="120" w:line="480" w:lineRule="auto"/>
    </w:pPr>
  </w:style>
  <w:style w:type="character" w:customStyle="1" w:styleId="GvdeMetni2Char">
    <w:name w:val="Gövde Metni 2 Char"/>
    <w:basedOn w:val="VarsaylanParagrafYazTipi"/>
    <w:link w:val="GvdeMetni2"/>
    <w:uiPriority w:val="99"/>
    <w:rsid w:val="00AA1D8D"/>
  </w:style>
  <w:style w:type="paragraph" w:styleId="GvdeMetni3">
    <w:name w:val="Body Text 3"/>
    <w:basedOn w:val="Normal"/>
    <w:link w:val="GvdeMetni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GvdeMetni3Char">
    <w:name w:val="Gövde Metni 3 Char"/>
    <w:basedOn w:val="VarsaylanParagrafYazTipi"/>
    <w:link w:val="GvdeMetni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Maddemi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Maddemi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Maddemi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ara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ara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ara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Devam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Devam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Devam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Metni">
    <w:name w:val="macro"/>
    <w:link w:val="MakroMetni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MetniChar">
    <w:name w:val="Makro Metni Char"/>
    <w:basedOn w:val="VarsaylanParagrafYazTipi"/>
    <w:link w:val="MakroMetni"/>
    <w:uiPriority w:val="99"/>
    <w:rsid w:val="0029639D"/>
    <w:rPr>
      <w:rFonts w:ascii="Courier" w:hAnsi="Courier"/>
      <w:sz w:val="20"/>
      <w:szCs w:val="20"/>
    </w:rPr>
  </w:style>
  <w:style w:type="paragraph" w:styleId="Trnak">
    <w:name w:val="Quote"/>
    <w:basedOn w:val="Normal"/>
    <w:next w:val="Normal"/>
    <w:link w:val="TrnakChar"/>
    <w:uiPriority w:val="29"/>
    <w:qFormat/>
    <w:rsid w:val="00FC693F"/>
    <w:rPr>
      <w:i/>
      <w:iCs/>
      <w:color w:val="000000" w:themeColor="text1"/>
    </w:rPr>
  </w:style>
  <w:style w:type="character" w:customStyle="1" w:styleId="TrnakChar">
    <w:name w:val="Tırnak Char"/>
    <w:basedOn w:val="VarsaylanParagrafYazTipi"/>
    <w:link w:val="Trnak"/>
    <w:uiPriority w:val="29"/>
    <w:rsid w:val="00FC693F"/>
    <w:rPr>
      <w:i/>
      <w:iCs/>
      <w:color w:val="000000" w:themeColor="text1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ResimYazs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Gl">
    <w:name w:val="Strong"/>
    <w:basedOn w:val="VarsaylanParagrafYazTipi"/>
    <w:uiPriority w:val="22"/>
    <w:qFormat/>
    <w:rsid w:val="00FC693F"/>
    <w:rPr>
      <w:b/>
      <w:bCs/>
    </w:rPr>
  </w:style>
  <w:style w:type="character" w:styleId="Vurgu">
    <w:name w:val="Emphasis"/>
    <w:basedOn w:val="VarsaylanParagrafYazTipi"/>
    <w:uiPriority w:val="20"/>
    <w:qFormat/>
    <w:rsid w:val="00FC693F"/>
    <w:rPr>
      <w:i/>
      <w:iCs/>
    </w:rPr>
  </w:style>
  <w:style w:type="paragraph" w:styleId="KeskinTrnak">
    <w:name w:val="Intense Quote"/>
    <w:basedOn w:val="Normal"/>
    <w:next w:val="Normal"/>
    <w:link w:val="KeskinTrnak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KeskinTrnakChar">
    <w:name w:val="Keskin Tırnak Char"/>
    <w:basedOn w:val="VarsaylanParagrafYazTipi"/>
    <w:link w:val="KeskinTrnak"/>
    <w:uiPriority w:val="30"/>
    <w:rsid w:val="00FC693F"/>
    <w:rPr>
      <w:b/>
      <w:bCs/>
      <w:i/>
      <w:iCs/>
      <w:color w:val="4F81BD" w:themeColor="accent1"/>
    </w:rPr>
  </w:style>
  <w:style w:type="character" w:styleId="HafifVurgulama">
    <w:name w:val="Subtle Emphasis"/>
    <w:basedOn w:val="VarsaylanParagrafYazTipi"/>
    <w:uiPriority w:val="19"/>
    <w:qFormat/>
    <w:rsid w:val="00FC693F"/>
    <w:rPr>
      <w:i/>
      <w:iCs/>
      <w:color w:val="808080" w:themeColor="text1" w:themeTint="7F"/>
    </w:rPr>
  </w:style>
  <w:style w:type="character" w:styleId="GlVurgulama">
    <w:name w:val="Intense Emphasis"/>
    <w:basedOn w:val="VarsaylanParagrafYazTipi"/>
    <w:uiPriority w:val="21"/>
    <w:qFormat/>
    <w:rsid w:val="00FC693F"/>
    <w:rPr>
      <w:b/>
      <w:bCs/>
      <w:i/>
      <w:iCs/>
      <w:color w:val="4F81BD" w:themeColor="accent1"/>
    </w:rPr>
  </w:style>
  <w:style w:type="character" w:styleId="HafifBavuru">
    <w:name w:val="Subtle Reference"/>
    <w:basedOn w:val="VarsaylanParagrafYazTipi"/>
    <w:uiPriority w:val="31"/>
    <w:qFormat/>
    <w:rsid w:val="00FC693F"/>
    <w:rPr>
      <w:smallCaps/>
      <w:color w:val="C0504D" w:themeColor="accent2"/>
      <w:u w:val="single"/>
    </w:rPr>
  </w:style>
  <w:style w:type="character" w:styleId="GlBavuru">
    <w:name w:val="Intense Reference"/>
    <w:basedOn w:val="VarsaylanParagrafYazTipi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KitapBal">
    <w:name w:val="Book Title"/>
    <w:basedOn w:val="VarsaylanParagrafYazTipi"/>
    <w:uiPriority w:val="33"/>
    <w:qFormat/>
    <w:rsid w:val="00FC693F"/>
    <w:rPr>
      <w:b/>
      <w:bCs/>
      <w:smallCaps/>
      <w:spacing w:val="5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FC693F"/>
    <w:pPr>
      <w:outlineLvl w:val="9"/>
    </w:pPr>
  </w:style>
  <w:style w:type="table" w:styleId="TabloKlavuzu">
    <w:name w:val="Table Grid"/>
    <w:basedOn w:val="NormalTablo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kGlgeleme">
    <w:name w:val="Light Shading"/>
    <w:basedOn w:val="NormalTablo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AkGlgeleme-Vurgu1">
    <w:name w:val="Light Shading Accent 1"/>
    <w:basedOn w:val="NormalTablo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AkGlgeleme-Vurgu2">
    <w:name w:val="Light Shading Accent 2"/>
    <w:basedOn w:val="NormalTablo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AkGlgeleme-Vurgu3">
    <w:name w:val="Light Shading Accent 3"/>
    <w:basedOn w:val="NormalTablo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AkGlgeleme-Vurgu4">
    <w:name w:val="Light Shading Accent 4"/>
    <w:basedOn w:val="NormalTablo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AkGlgeleme-Vurgu5">
    <w:name w:val="Light Shading Accent 5"/>
    <w:basedOn w:val="NormalTablo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AkGlgeleme-Vurgu6">
    <w:name w:val="Light Shading Accent 6"/>
    <w:basedOn w:val="NormalTablo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kListe">
    <w:name w:val="Light List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AkListe-Vurgu1">
    <w:name w:val="Light List Accent 1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AkListe-Vurgu2">
    <w:name w:val="Light List Accent 2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AkListe-Vurgu3">
    <w:name w:val="Light List Accent 3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AkListe-Vurgu4">
    <w:name w:val="Light List Accent 4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AkListe-Vurgu5">
    <w:name w:val="Light List Accent 5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AkListe-Vurgu6">
    <w:name w:val="Light List Accent 6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kKlavuz">
    <w:name w:val="Light Grid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AkKlavuz-Vurgu1">
    <w:name w:val="Light Grid Accent 1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AkKlavuz-Vurgu2">
    <w:name w:val="Light Grid Accent 2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AkKlavuz-Vurgu3">
    <w:name w:val="Light Grid Accent 3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AkKlavuz-Vurgu4">
    <w:name w:val="Light Grid Accent 4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AkKlavuz-Vurgu5">
    <w:name w:val="Light Grid Accent 5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AkKlavuz-Vurgu6">
    <w:name w:val="Light Grid Accent 6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OrtaGlgeleme1">
    <w:name w:val="Medium Shading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1">
    <w:name w:val="Medium Shading 1 Accent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2">
    <w:name w:val="Medium Shading 1 Accent 2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3">
    <w:name w:val="Medium Shading 1 Accent 3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4">
    <w:name w:val="Medium Shading 1 Accent 4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5">
    <w:name w:val="Medium Shading 1 Accent 5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6">
    <w:name w:val="Medium Shading 1 Accent 6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2">
    <w:name w:val="Medium Shading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1">
    <w:name w:val="Medium Shading 2 Accent 1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2">
    <w:name w:val="Medium Shading 2 Accent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3">
    <w:name w:val="Medium Shading 2 Accent 3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4">
    <w:name w:val="Medium Shading 2 Accent 4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5">
    <w:name w:val="Medium Shading 2 Accent 5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6">
    <w:name w:val="Medium Shading 2 Accent 6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Liste1">
    <w:name w:val="Medium Lis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OrtaListe1-Vurgu1">
    <w:name w:val="Medium List 1 Accen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OrtaListe1-Vurgu2">
    <w:name w:val="Medium List 1 Accent 2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OrtaListe1-Vurgu3">
    <w:name w:val="Medium List 1 Accent 3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OrtaListe1-Vurgu4">
    <w:name w:val="Medium List 1 Accent 4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OrtaListe1-Vurgu5">
    <w:name w:val="Medium List 1 Accent 5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OrtaListe1-Vurgu6">
    <w:name w:val="Medium List 1 Accent 6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OrtaListe2">
    <w:name w:val="Medium Lis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2-Vurgu1">
    <w:name w:val="Medium List 2 Accent 1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2">
    <w:name w:val="Medium List 2 Accen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3">
    <w:name w:val="Medium List 2 Accent 3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4">
    <w:name w:val="Medium List 2 Accent 4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5">
    <w:name w:val="Medium List 2 Accent 5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6">
    <w:name w:val="Medium List 2 Accent 6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Klavuz1">
    <w:name w:val="Medium Grid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OrtaKlavuz1-Vurgu1">
    <w:name w:val="Medium Grid 1 Accent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OrtaKlavuz1-Vurgu2">
    <w:name w:val="Medium Grid 1 Accent 2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OrtaKlavuz1-Vurgu3">
    <w:name w:val="Medium Grid 1 Accent 3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OrtaKlavuz1-Vurgu4">
    <w:name w:val="Medium Grid 1 Accent 4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OrtaKlavuz1-Vurgu5">
    <w:name w:val="Medium Grid 1 Accent 5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OrtaKlavuz1-Vurgu6">
    <w:name w:val="Medium Grid 1 Accent 6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OrtaKlavuz2">
    <w:name w:val="Medium Grid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1">
    <w:name w:val="Medium Grid 2 Accent 1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2">
    <w:name w:val="Medium Grid 2 Accent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3">
    <w:name w:val="Medium Grid 2 Accent 3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4">
    <w:name w:val="Medium Grid 2 Accent 4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5">
    <w:name w:val="Medium Grid 2 Accent 5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6">
    <w:name w:val="Medium Grid 2 Accent 6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3">
    <w:name w:val="Medium Grid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OrtaKlavuz3-Vurgu1">
    <w:name w:val="Medium Grid 3 Accent 1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OrtaKlavuz3-Vurgu2">
    <w:name w:val="Medium Grid 3 Accent 2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OrtaKlavuz3-Vurgu3">
    <w:name w:val="Medium Grid 3 Accent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OrtaKlavuz3-Vurgu4">
    <w:name w:val="Medium Grid 3 Accent 4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OrtaKlavuz3-Vurgu5">
    <w:name w:val="Medium Grid 3 Accent 5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OrtaKlavuz3-Vurgu6">
    <w:name w:val="Medium Grid 3 Accent 6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KoyuListe">
    <w:name w:val="Dark List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KoyuListe-Vurgu1">
    <w:name w:val="Dark List Accent 1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KoyuListe-Vurgu2">
    <w:name w:val="Dark List Accent 2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KoyuListe-Vurgu3">
    <w:name w:val="Dark List Accent 3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KoyuListe-Vurgu4">
    <w:name w:val="Dark List Accent 4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KoyuListe-Vurgu5">
    <w:name w:val="Dark List Accent 5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KoyuListe-Vurgu6">
    <w:name w:val="Dark List Accent 6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RenkliGlgeleme">
    <w:name w:val="Colorful Shading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1">
    <w:name w:val="Colorful Shading Accent 1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2">
    <w:name w:val="Colorful Shading Accent 2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3">
    <w:name w:val="Colorful Shading Accent 3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Glgeleme-Vurgu4">
    <w:name w:val="Colorful Shading Accent 4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5">
    <w:name w:val="Colorful Shading Accent 5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6">
    <w:name w:val="Colorful Shading Accent 6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Liste">
    <w:name w:val="Colorful List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RenkliListe-Vurgu1">
    <w:name w:val="Colorful List Accent 1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RenkliListe-Vurgu2">
    <w:name w:val="Colorful List Accent 2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RenkliListe-Vurgu3">
    <w:name w:val="Colorful List Accent 3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RenkliListe-Vurgu4">
    <w:name w:val="Colorful List Accent 4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RenkliListe-Vurgu5">
    <w:name w:val="Colorful List Accent 5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RenkliListe-Vurgu6">
    <w:name w:val="Colorful List Accent 6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RenkliKlavuz">
    <w:name w:val="Colorful Grid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nkliKlavuz-Vurgu1">
    <w:name w:val="Colorful Grid Accent 1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nkliKlavuz-Vurgu2">
    <w:name w:val="Colorful Grid Accent 2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nkliKlavuz-Vurgu3">
    <w:name w:val="Colorful Grid Accent 3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Klavuz-Vurgu4">
    <w:name w:val="Colorful Grid Accent 4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nkliKlavuz-Vurgu5">
    <w:name w:val="Colorful Grid Accent 5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nkliKlavuz-Vurgu6">
    <w:name w:val="Colorful Grid Accent 6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Balk1">
    <w:name w:val="heading 1"/>
    <w:basedOn w:val="Normal"/>
    <w:next w:val="Normal"/>
    <w:link w:val="Balk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E618BF"/>
  </w:style>
  <w:style w:type="paragraph" w:styleId="Altbilgi">
    <w:name w:val="footer"/>
    <w:basedOn w:val="Normal"/>
    <w:link w:val="Al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E618BF"/>
  </w:style>
  <w:style w:type="paragraph" w:styleId="AralkYok">
    <w:name w:val="No Spacing"/>
    <w:uiPriority w:val="1"/>
    <w:qFormat/>
    <w:rsid w:val="00FC693F"/>
    <w:pPr>
      <w:spacing w:after="0" w:line="240" w:lineRule="auto"/>
    </w:pPr>
  </w:style>
  <w:style w:type="character" w:customStyle="1" w:styleId="Balk1Char">
    <w:name w:val="Başlık 1 Char"/>
    <w:basedOn w:val="VarsaylanParagrafYazTipi"/>
    <w:link w:val="Bal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alk2Char">
    <w:name w:val="Başlık 2 Char"/>
    <w:basedOn w:val="VarsaylanParagrafYazTipi"/>
    <w:link w:val="Bal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alk3Char">
    <w:name w:val="Başlık 3 Char"/>
    <w:basedOn w:val="VarsaylanParagrafYazTipi"/>
    <w:link w:val="Bal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KonuBal">
    <w:name w:val="Title"/>
    <w:basedOn w:val="Normal"/>
    <w:next w:val="Normal"/>
    <w:link w:val="KonuBal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ltKonuBal">
    <w:name w:val="Subtitle"/>
    <w:basedOn w:val="Normal"/>
    <w:next w:val="Normal"/>
    <w:link w:val="AltKonuBal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Paragraf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GvdeMetni">
    <w:name w:val="Body Text"/>
    <w:basedOn w:val="Normal"/>
    <w:link w:val="GvdeMetniChar"/>
    <w:uiPriority w:val="99"/>
    <w:unhideWhenUsed/>
    <w:rsid w:val="00AA1D8D"/>
    <w:pPr>
      <w:spacing w:after="120"/>
    </w:pPr>
  </w:style>
  <w:style w:type="character" w:customStyle="1" w:styleId="GvdeMetniChar">
    <w:name w:val="Gövde Metni Char"/>
    <w:basedOn w:val="VarsaylanParagrafYazTipi"/>
    <w:link w:val="GvdeMetni"/>
    <w:uiPriority w:val="99"/>
    <w:rsid w:val="00AA1D8D"/>
  </w:style>
  <w:style w:type="paragraph" w:styleId="GvdeMetni2">
    <w:name w:val="Body Text 2"/>
    <w:basedOn w:val="Normal"/>
    <w:link w:val="GvdeMetni2Char"/>
    <w:uiPriority w:val="99"/>
    <w:unhideWhenUsed/>
    <w:rsid w:val="00AA1D8D"/>
    <w:pPr>
      <w:spacing w:after="120" w:line="480" w:lineRule="auto"/>
    </w:pPr>
  </w:style>
  <w:style w:type="character" w:customStyle="1" w:styleId="GvdeMetni2Char">
    <w:name w:val="Gövde Metni 2 Char"/>
    <w:basedOn w:val="VarsaylanParagrafYazTipi"/>
    <w:link w:val="GvdeMetni2"/>
    <w:uiPriority w:val="99"/>
    <w:rsid w:val="00AA1D8D"/>
  </w:style>
  <w:style w:type="paragraph" w:styleId="GvdeMetni3">
    <w:name w:val="Body Text 3"/>
    <w:basedOn w:val="Normal"/>
    <w:link w:val="GvdeMetni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GvdeMetni3Char">
    <w:name w:val="Gövde Metni 3 Char"/>
    <w:basedOn w:val="VarsaylanParagrafYazTipi"/>
    <w:link w:val="GvdeMetni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Maddemi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Maddemi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Maddemi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ara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ara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ara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Devam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Devam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Devam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Metni">
    <w:name w:val="macro"/>
    <w:link w:val="MakroMetni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MetniChar">
    <w:name w:val="Makro Metni Char"/>
    <w:basedOn w:val="VarsaylanParagrafYazTipi"/>
    <w:link w:val="MakroMetni"/>
    <w:uiPriority w:val="99"/>
    <w:rsid w:val="0029639D"/>
    <w:rPr>
      <w:rFonts w:ascii="Courier" w:hAnsi="Courier"/>
      <w:sz w:val="20"/>
      <w:szCs w:val="20"/>
    </w:rPr>
  </w:style>
  <w:style w:type="paragraph" w:styleId="Trnak">
    <w:name w:val="Quote"/>
    <w:basedOn w:val="Normal"/>
    <w:next w:val="Normal"/>
    <w:link w:val="TrnakChar"/>
    <w:uiPriority w:val="29"/>
    <w:qFormat/>
    <w:rsid w:val="00FC693F"/>
    <w:rPr>
      <w:i/>
      <w:iCs/>
      <w:color w:val="000000" w:themeColor="text1"/>
    </w:rPr>
  </w:style>
  <w:style w:type="character" w:customStyle="1" w:styleId="TrnakChar">
    <w:name w:val="Tırnak Char"/>
    <w:basedOn w:val="VarsaylanParagrafYazTipi"/>
    <w:link w:val="Trnak"/>
    <w:uiPriority w:val="29"/>
    <w:rsid w:val="00FC693F"/>
    <w:rPr>
      <w:i/>
      <w:iCs/>
      <w:color w:val="000000" w:themeColor="text1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ResimYazs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Gl">
    <w:name w:val="Strong"/>
    <w:basedOn w:val="VarsaylanParagrafYazTipi"/>
    <w:uiPriority w:val="22"/>
    <w:qFormat/>
    <w:rsid w:val="00FC693F"/>
    <w:rPr>
      <w:b/>
      <w:bCs/>
    </w:rPr>
  </w:style>
  <w:style w:type="character" w:styleId="Vurgu">
    <w:name w:val="Emphasis"/>
    <w:basedOn w:val="VarsaylanParagrafYazTipi"/>
    <w:uiPriority w:val="20"/>
    <w:qFormat/>
    <w:rsid w:val="00FC693F"/>
    <w:rPr>
      <w:i/>
      <w:iCs/>
    </w:rPr>
  </w:style>
  <w:style w:type="paragraph" w:styleId="KeskinTrnak">
    <w:name w:val="Intense Quote"/>
    <w:basedOn w:val="Normal"/>
    <w:next w:val="Normal"/>
    <w:link w:val="KeskinTrnak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KeskinTrnakChar">
    <w:name w:val="Keskin Tırnak Char"/>
    <w:basedOn w:val="VarsaylanParagrafYazTipi"/>
    <w:link w:val="KeskinTrnak"/>
    <w:uiPriority w:val="30"/>
    <w:rsid w:val="00FC693F"/>
    <w:rPr>
      <w:b/>
      <w:bCs/>
      <w:i/>
      <w:iCs/>
      <w:color w:val="4F81BD" w:themeColor="accent1"/>
    </w:rPr>
  </w:style>
  <w:style w:type="character" w:styleId="HafifVurgulama">
    <w:name w:val="Subtle Emphasis"/>
    <w:basedOn w:val="VarsaylanParagrafYazTipi"/>
    <w:uiPriority w:val="19"/>
    <w:qFormat/>
    <w:rsid w:val="00FC693F"/>
    <w:rPr>
      <w:i/>
      <w:iCs/>
      <w:color w:val="808080" w:themeColor="text1" w:themeTint="7F"/>
    </w:rPr>
  </w:style>
  <w:style w:type="character" w:styleId="GlVurgulama">
    <w:name w:val="Intense Emphasis"/>
    <w:basedOn w:val="VarsaylanParagrafYazTipi"/>
    <w:uiPriority w:val="21"/>
    <w:qFormat/>
    <w:rsid w:val="00FC693F"/>
    <w:rPr>
      <w:b/>
      <w:bCs/>
      <w:i/>
      <w:iCs/>
      <w:color w:val="4F81BD" w:themeColor="accent1"/>
    </w:rPr>
  </w:style>
  <w:style w:type="character" w:styleId="HafifBavuru">
    <w:name w:val="Subtle Reference"/>
    <w:basedOn w:val="VarsaylanParagrafYazTipi"/>
    <w:uiPriority w:val="31"/>
    <w:qFormat/>
    <w:rsid w:val="00FC693F"/>
    <w:rPr>
      <w:smallCaps/>
      <w:color w:val="C0504D" w:themeColor="accent2"/>
      <w:u w:val="single"/>
    </w:rPr>
  </w:style>
  <w:style w:type="character" w:styleId="GlBavuru">
    <w:name w:val="Intense Reference"/>
    <w:basedOn w:val="VarsaylanParagrafYazTipi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KitapBal">
    <w:name w:val="Book Title"/>
    <w:basedOn w:val="VarsaylanParagrafYazTipi"/>
    <w:uiPriority w:val="33"/>
    <w:qFormat/>
    <w:rsid w:val="00FC693F"/>
    <w:rPr>
      <w:b/>
      <w:bCs/>
      <w:smallCaps/>
      <w:spacing w:val="5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FC693F"/>
    <w:pPr>
      <w:outlineLvl w:val="9"/>
    </w:pPr>
  </w:style>
  <w:style w:type="table" w:styleId="TabloKlavuzu">
    <w:name w:val="Table Grid"/>
    <w:basedOn w:val="NormalTablo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kGlgeleme">
    <w:name w:val="Light Shading"/>
    <w:basedOn w:val="NormalTablo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AkGlgeleme-Vurgu1">
    <w:name w:val="Light Shading Accent 1"/>
    <w:basedOn w:val="NormalTablo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AkGlgeleme-Vurgu2">
    <w:name w:val="Light Shading Accent 2"/>
    <w:basedOn w:val="NormalTablo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AkGlgeleme-Vurgu3">
    <w:name w:val="Light Shading Accent 3"/>
    <w:basedOn w:val="NormalTablo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AkGlgeleme-Vurgu4">
    <w:name w:val="Light Shading Accent 4"/>
    <w:basedOn w:val="NormalTablo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AkGlgeleme-Vurgu5">
    <w:name w:val="Light Shading Accent 5"/>
    <w:basedOn w:val="NormalTablo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AkGlgeleme-Vurgu6">
    <w:name w:val="Light Shading Accent 6"/>
    <w:basedOn w:val="NormalTablo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kListe">
    <w:name w:val="Light List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AkListe-Vurgu1">
    <w:name w:val="Light List Accent 1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AkListe-Vurgu2">
    <w:name w:val="Light List Accent 2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AkListe-Vurgu3">
    <w:name w:val="Light List Accent 3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AkListe-Vurgu4">
    <w:name w:val="Light List Accent 4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AkListe-Vurgu5">
    <w:name w:val="Light List Accent 5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AkListe-Vurgu6">
    <w:name w:val="Light List Accent 6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kKlavuz">
    <w:name w:val="Light Grid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AkKlavuz-Vurgu1">
    <w:name w:val="Light Grid Accent 1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AkKlavuz-Vurgu2">
    <w:name w:val="Light Grid Accent 2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AkKlavuz-Vurgu3">
    <w:name w:val="Light Grid Accent 3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AkKlavuz-Vurgu4">
    <w:name w:val="Light Grid Accent 4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AkKlavuz-Vurgu5">
    <w:name w:val="Light Grid Accent 5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AkKlavuz-Vurgu6">
    <w:name w:val="Light Grid Accent 6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OrtaGlgeleme1">
    <w:name w:val="Medium Shading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1">
    <w:name w:val="Medium Shading 1 Accent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2">
    <w:name w:val="Medium Shading 1 Accent 2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3">
    <w:name w:val="Medium Shading 1 Accent 3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4">
    <w:name w:val="Medium Shading 1 Accent 4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5">
    <w:name w:val="Medium Shading 1 Accent 5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6">
    <w:name w:val="Medium Shading 1 Accent 6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2">
    <w:name w:val="Medium Shading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1">
    <w:name w:val="Medium Shading 2 Accent 1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2">
    <w:name w:val="Medium Shading 2 Accent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3">
    <w:name w:val="Medium Shading 2 Accent 3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4">
    <w:name w:val="Medium Shading 2 Accent 4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5">
    <w:name w:val="Medium Shading 2 Accent 5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6">
    <w:name w:val="Medium Shading 2 Accent 6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Liste1">
    <w:name w:val="Medium Lis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OrtaListe1-Vurgu1">
    <w:name w:val="Medium List 1 Accen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OrtaListe1-Vurgu2">
    <w:name w:val="Medium List 1 Accent 2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OrtaListe1-Vurgu3">
    <w:name w:val="Medium List 1 Accent 3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OrtaListe1-Vurgu4">
    <w:name w:val="Medium List 1 Accent 4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OrtaListe1-Vurgu5">
    <w:name w:val="Medium List 1 Accent 5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OrtaListe1-Vurgu6">
    <w:name w:val="Medium List 1 Accent 6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OrtaListe2">
    <w:name w:val="Medium Lis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2-Vurgu1">
    <w:name w:val="Medium List 2 Accent 1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2">
    <w:name w:val="Medium List 2 Accen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3">
    <w:name w:val="Medium List 2 Accent 3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4">
    <w:name w:val="Medium List 2 Accent 4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5">
    <w:name w:val="Medium List 2 Accent 5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6">
    <w:name w:val="Medium List 2 Accent 6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Klavuz1">
    <w:name w:val="Medium Grid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OrtaKlavuz1-Vurgu1">
    <w:name w:val="Medium Grid 1 Accent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OrtaKlavuz1-Vurgu2">
    <w:name w:val="Medium Grid 1 Accent 2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OrtaKlavuz1-Vurgu3">
    <w:name w:val="Medium Grid 1 Accent 3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OrtaKlavuz1-Vurgu4">
    <w:name w:val="Medium Grid 1 Accent 4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OrtaKlavuz1-Vurgu5">
    <w:name w:val="Medium Grid 1 Accent 5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OrtaKlavuz1-Vurgu6">
    <w:name w:val="Medium Grid 1 Accent 6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OrtaKlavuz2">
    <w:name w:val="Medium Grid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1">
    <w:name w:val="Medium Grid 2 Accent 1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2">
    <w:name w:val="Medium Grid 2 Accent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3">
    <w:name w:val="Medium Grid 2 Accent 3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4">
    <w:name w:val="Medium Grid 2 Accent 4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5">
    <w:name w:val="Medium Grid 2 Accent 5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6">
    <w:name w:val="Medium Grid 2 Accent 6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3">
    <w:name w:val="Medium Grid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OrtaKlavuz3-Vurgu1">
    <w:name w:val="Medium Grid 3 Accent 1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OrtaKlavuz3-Vurgu2">
    <w:name w:val="Medium Grid 3 Accent 2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OrtaKlavuz3-Vurgu3">
    <w:name w:val="Medium Grid 3 Accent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OrtaKlavuz3-Vurgu4">
    <w:name w:val="Medium Grid 3 Accent 4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OrtaKlavuz3-Vurgu5">
    <w:name w:val="Medium Grid 3 Accent 5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OrtaKlavuz3-Vurgu6">
    <w:name w:val="Medium Grid 3 Accent 6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KoyuListe">
    <w:name w:val="Dark List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KoyuListe-Vurgu1">
    <w:name w:val="Dark List Accent 1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KoyuListe-Vurgu2">
    <w:name w:val="Dark List Accent 2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KoyuListe-Vurgu3">
    <w:name w:val="Dark List Accent 3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KoyuListe-Vurgu4">
    <w:name w:val="Dark List Accent 4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KoyuListe-Vurgu5">
    <w:name w:val="Dark List Accent 5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KoyuListe-Vurgu6">
    <w:name w:val="Dark List Accent 6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RenkliGlgeleme">
    <w:name w:val="Colorful Shading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1">
    <w:name w:val="Colorful Shading Accent 1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2">
    <w:name w:val="Colorful Shading Accent 2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3">
    <w:name w:val="Colorful Shading Accent 3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Glgeleme-Vurgu4">
    <w:name w:val="Colorful Shading Accent 4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5">
    <w:name w:val="Colorful Shading Accent 5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6">
    <w:name w:val="Colorful Shading Accent 6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Liste">
    <w:name w:val="Colorful List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RenkliListe-Vurgu1">
    <w:name w:val="Colorful List Accent 1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RenkliListe-Vurgu2">
    <w:name w:val="Colorful List Accent 2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RenkliListe-Vurgu3">
    <w:name w:val="Colorful List Accent 3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RenkliListe-Vurgu4">
    <w:name w:val="Colorful List Accent 4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RenkliListe-Vurgu5">
    <w:name w:val="Colorful List Accent 5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RenkliListe-Vurgu6">
    <w:name w:val="Colorful List Accent 6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RenkliKlavuz">
    <w:name w:val="Colorful Grid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nkliKlavuz-Vurgu1">
    <w:name w:val="Colorful Grid Accent 1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nkliKlavuz-Vurgu2">
    <w:name w:val="Colorful Grid Accent 2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nkliKlavuz-Vurgu3">
    <w:name w:val="Colorful Grid Accent 3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Klavuz-Vurgu4">
    <w:name w:val="Colorful Grid Accent 4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nkliKlavuz-Vurgu5">
    <w:name w:val="Colorful Grid Accent 5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nkliKlavuz-Vurgu6">
    <w:name w:val="Colorful Grid Accent 6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A6C94B03-BC9D-4441-8C32-3A549CD3DD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168</Words>
  <Characters>962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1128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emin_fen@hotmail.com</cp:lastModifiedBy>
  <cp:revision>3</cp:revision>
  <dcterms:created xsi:type="dcterms:W3CDTF">2013-12-23T23:15:00Z</dcterms:created>
  <dcterms:modified xsi:type="dcterms:W3CDTF">2025-04-19T19:15:00Z</dcterms:modified>
  <cp:category/>
</cp:coreProperties>
</file>