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2CA2" w:rsidRDefault="00110668" w:rsidP="00110668">
      <w:pPr>
        <w:pStyle w:val="Balk1"/>
        <w:jc w:val="center"/>
      </w:pPr>
      <w:proofErr w:type="gramStart"/>
      <w:r>
        <w:t xml:space="preserve">5 SINIF FEN BİLİMLERİ PROJE GÖREV YÖNERGESİ </w:t>
      </w:r>
      <w:bookmarkStart w:id="0" w:name="_GoBack"/>
      <w:bookmarkEnd w:id="0"/>
      <w:r>
        <w:t>EĞİTİM-ÖĞRETİM YILI: 20....</w:t>
      </w:r>
      <w:proofErr w:type="gramEnd"/>
      <w:r>
        <w:t xml:space="preserve">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D52CA2">
        <w:tc>
          <w:tcPr>
            <w:tcW w:w="4320" w:type="dxa"/>
          </w:tcPr>
          <w:p w:rsidR="00D52CA2" w:rsidRDefault="00110668">
            <w:r>
              <w:t>Adı Soyadı:</w:t>
            </w:r>
          </w:p>
        </w:tc>
        <w:tc>
          <w:tcPr>
            <w:tcW w:w="4320" w:type="dxa"/>
          </w:tcPr>
          <w:p w:rsidR="00D52CA2" w:rsidRDefault="00110668">
            <w:r>
              <w:t>Sınıf / Şube / No:</w:t>
            </w:r>
          </w:p>
        </w:tc>
      </w:tr>
      <w:tr w:rsidR="00D52CA2">
        <w:tc>
          <w:tcPr>
            <w:tcW w:w="4320" w:type="dxa"/>
          </w:tcPr>
          <w:p w:rsidR="00D52CA2" w:rsidRDefault="00110668">
            <w:r>
              <w:t>Okulu:</w:t>
            </w:r>
          </w:p>
        </w:tc>
        <w:tc>
          <w:tcPr>
            <w:tcW w:w="4320" w:type="dxa"/>
          </w:tcPr>
          <w:p w:rsidR="00D52CA2" w:rsidRDefault="00D52CA2"/>
        </w:tc>
      </w:tr>
      <w:tr w:rsidR="00D52CA2">
        <w:tc>
          <w:tcPr>
            <w:tcW w:w="4320" w:type="dxa"/>
          </w:tcPr>
          <w:p w:rsidR="00D52CA2" w:rsidRDefault="00110668">
            <w:r>
              <w:t>Veriliş Tarihi:</w:t>
            </w:r>
          </w:p>
        </w:tc>
        <w:tc>
          <w:tcPr>
            <w:tcW w:w="4320" w:type="dxa"/>
          </w:tcPr>
          <w:p w:rsidR="00D52CA2" w:rsidRDefault="00110668">
            <w:r>
              <w:t>Teslim Tarihi:</w:t>
            </w:r>
          </w:p>
        </w:tc>
      </w:tr>
      <w:tr w:rsidR="00D52CA2">
        <w:tc>
          <w:tcPr>
            <w:tcW w:w="8640" w:type="dxa"/>
            <w:gridSpan w:val="2"/>
          </w:tcPr>
          <w:p w:rsidR="00D52CA2" w:rsidRDefault="00110668">
            <w:r>
              <w:t>Öğrenme Alanı / Ünite: MADDENİN DOĞASI</w:t>
            </w:r>
            <w:r>
              <w:br/>
              <w:t>Konu: Madde Hallerinin Afiş Üzerinde Sınıflandırılması</w:t>
            </w:r>
          </w:p>
        </w:tc>
      </w:tr>
    </w:tbl>
    <w:p w:rsidR="00D52CA2" w:rsidRDefault="00D52CA2"/>
    <w:p w:rsidR="00D52CA2" w:rsidRDefault="00110668">
      <w:pPr>
        <w:pStyle w:val="Balk2"/>
        <w:jc w:val="center"/>
      </w:pPr>
      <w:r>
        <w:t>PROJE</w:t>
      </w:r>
      <w:r>
        <w:t xml:space="preserve"> KONUSU AÇIKLAMASI</w:t>
      </w:r>
    </w:p>
    <w:p w:rsidR="00D52CA2" w:rsidRDefault="00110668">
      <w:r>
        <w:t>Günlük hayatımızda kullandığımız maddeleri katı, sıvı ve gaz olarak sınıflandıran bir afiş hazırlayınız. Her madde hali için en az 3 farklı örnek veriniz ve bu örnekleri görsellerle destekleyiniz.</w:t>
      </w:r>
    </w:p>
    <w:p w:rsidR="00D52CA2" w:rsidRDefault="00110668">
      <w:pPr>
        <w:pStyle w:val="Balk2"/>
        <w:jc w:val="center"/>
      </w:pPr>
      <w:r>
        <w:t>PROJE YÖNERGESİ</w:t>
      </w:r>
    </w:p>
    <w:p w:rsidR="00D52CA2" w:rsidRDefault="00110668">
      <w:pPr>
        <w:pStyle w:val="ListeNumaras"/>
      </w:pPr>
      <w:r>
        <w:t>Katı, sıvı ve gaz maddel</w:t>
      </w:r>
      <w:r>
        <w:t>erin özelliklerini araştırınız.</w:t>
      </w:r>
    </w:p>
    <w:p w:rsidR="00D52CA2" w:rsidRDefault="00110668">
      <w:pPr>
        <w:pStyle w:val="ListeNumaras"/>
      </w:pPr>
      <w:r>
        <w:t>Günlük yaşamdan her hal için örnekler belirleyiniz.</w:t>
      </w:r>
    </w:p>
    <w:p w:rsidR="00D52CA2" w:rsidRDefault="00110668">
      <w:pPr>
        <w:pStyle w:val="ListeNumaras"/>
      </w:pPr>
      <w:r>
        <w:t>Kartona veya büyükçe bir kağıda üç sütunlu bir tablo hazırlayınız.</w:t>
      </w:r>
    </w:p>
    <w:p w:rsidR="00D52CA2" w:rsidRDefault="00110668">
      <w:pPr>
        <w:pStyle w:val="ListeNumaras"/>
      </w:pPr>
      <w:r>
        <w:t>Her sütuna ilgili madde halini ve altına örnekleri ekleyiniz.</w:t>
      </w:r>
    </w:p>
    <w:p w:rsidR="00D52CA2" w:rsidRDefault="00110668">
      <w:pPr>
        <w:pStyle w:val="ListeNumaras"/>
      </w:pPr>
      <w:r>
        <w:t xml:space="preserve">Örnekleri resim, çizim veya görsellerle </w:t>
      </w:r>
      <w:r>
        <w:t>destekleyiniz.</w:t>
      </w:r>
    </w:p>
    <w:p w:rsidR="00D52CA2" w:rsidRDefault="00110668">
      <w:pPr>
        <w:pStyle w:val="ListeNumaras"/>
      </w:pPr>
      <w:r>
        <w:t>Afişinizi renkli, düzenli ve açıklayıcı olacak şekilde hazırlayınız.</w:t>
      </w:r>
    </w:p>
    <w:p w:rsidR="00D52CA2" w:rsidRDefault="00110668">
      <w:pPr>
        <w:pStyle w:val="ListeNumaras"/>
      </w:pPr>
      <w:r>
        <w:t>Belirtilen tarihte öğretmeninize teslim ediniz.</w:t>
      </w:r>
    </w:p>
    <w:p w:rsidR="00D52CA2" w:rsidRDefault="00110668">
      <w:pPr>
        <w:pStyle w:val="Balk2"/>
        <w:jc w:val="center"/>
      </w:pPr>
      <w:r>
        <w:t>PUANLAMA ÖLÇÜTLERİ</w:t>
      </w:r>
    </w:p>
    <w:p w:rsidR="00D52CA2" w:rsidRDefault="00110668">
      <w:r>
        <w:t>- Madde Hallerinin Doğru Sınıflandırılması: 20 Puan</w:t>
      </w:r>
    </w:p>
    <w:p w:rsidR="00D52CA2" w:rsidRDefault="00110668">
      <w:r>
        <w:t>- Görsellik ve Düzen: 20 Puan</w:t>
      </w:r>
    </w:p>
    <w:p w:rsidR="00D52CA2" w:rsidRDefault="00110668">
      <w:r>
        <w:t>- Örneklerin Uygunluğu:</w:t>
      </w:r>
      <w:r>
        <w:t xml:space="preserve"> 20 Puan</w:t>
      </w:r>
    </w:p>
    <w:p w:rsidR="00D52CA2" w:rsidRDefault="00110668">
      <w:r>
        <w:t>- Açıklamaların Anlaşılır Olması: 20 Puan</w:t>
      </w:r>
    </w:p>
    <w:p w:rsidR="00D52CA2" w:rsidRDefault="00110668">
      <w:r>
        <w:t>- Zamanında Teslim: 20 Puan</w:t>
      </w:r>
    </w:p>
    <w:sectPr w:rsidR="00D52CA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10668"/>
    <w:rsid w:val="0015074B"/>
    <w:rsid w:val="0029639D"/>
    <w:rsid w:val="00326F90"/>
    <w:rsid w:val="00AA1D8D"/>
    <w:rsid w:val="00B47730"/>
    <w:rsid w:val="00CB0664"/>
    <w:rsid w:val="00D52CA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A46ABAA-986A-4B84-9571-94C318B423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1097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2025-04-19T19:15:00Z</dcterms:modified>
  <cp:category/>
</cp:coreProperties>
</file>