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668A" w:rsidRDefault="00A53EBE" w:rsidP="00A53EBE">
      <w:pPr>
        <w:pStyle w:val="Balk1"/>
        <w:jc w:val="center"/>
      </w:pPr>
      <w:proofErr w:type="gramStart"/>
      <w:r>
        <w:t xml:space="preserve">6 SINIF FEN BİLİMLERİ PROJE GÖREV YÖNERGESİ </w:t>
      </w:r>
      <w:bookmarkStart w:id="0" w:name="_GoBack"/>
      <w:bookmarkEnd w:id="0"/>
      <w:r>
        <w:t>EĞİTİM-ÖĞRETİM YILI: 20....</w:t>
      </w:r>
      <w:proofErr w:type="gramEnd"/>
      <w:r>
        <w:t xml:space="preserve"> – 20....</w:t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4320"/>
        <w:gridCol w:w="4320"/>
      </w:tblGrid>
      <w:tr w:rsidR="00B0668A">
        <w:tc>
          <w:tcPr>
            <w:tcW w:w="4320" w:type="dxa"/>
          </w:tcPr>
          <w:p w:rsidR="00B0668A" w:rsidRDefault="00A53EBE">
            <w:r>
              <w:t>Adı Soyadı:</w:t>
            </w:r>
          </w:p>
        </w:tc>
        <w:tc>
          <w:tcPr>
            <w:tcW w:w="4320" w:type="dxa"/>
          </w:tcPr>
          <w:p w:rsidR="00B0668A" w:rsidRDefault="00A53EBE">
            <w:r>
              <w:t>Sınıf / Şube / No:</w:t>
            </w:r>
          </w:p>
        </w:tc>
      </w:tr>
      <w:tr w:rsidR="00B0668A">
        <w:tc>
          <w:tcPr>
            <w:tcW w:w="4320" w:type="dxa"/>
          </w:tcPr>
          <w:p w:rsidR="00B0668A" w:rsidRDefault="00A53EBE">
            <w:r>
              <w:t>Okulu:</w:t>
            </w:r>
          </w:p>
        </w:tc>
        <w:tc>
          <w:tcPr>
            <w:tcW w:w="4320" w:type="dxa"/>
          </w:tcPr>
          <w:p w:rsidR="00B0668A" w:rsidRDefault="00B0668A"/>
        </w:tc>
      </w:tr>
      <w:tr w:rsidR="00B0668A">
        <w:tc>
          <w:tcPr>
            <w:tcW w:w="4320" w:type="dxa"/>
          </w:tcPr>
          <w:p w:rsidR="00B0668A" w:rsidRDefault="00A53EBE">
            <w:r>
              <w:t>Veriliş Tarihi:</w:t>
            </w:r>
          </w:p>
        </w:tc>
        <w:tc>
          <w:tcPr>
            <w:tcW w:w="4320" w:type="dxa"/>
          </w:tcPr>
          <w:p w:rsidR="00B0668A" w:rsidRDefault="00A53EBE">
            <w:r>
              <w:t>Teslim Tarihi:</w:t>
            </w:r>
          </w:p>
        </w:tc>
      </w:tr>
      <w:tr w:rsidR="00B0668A">
        <w:tc>
          <w:tcPr>
            <w:tcW w:w="8640" w:type="dxa"/>
            <w:gridSpan w:val="2"/>
          </w:tcPr>
          <w:p w:rsidR="00B0668A" w:rsidRDefault="00A53EBE">
            <w:r>
              <w:t>Öğrenme Alanı / Ünite: VÜCUDUMUZDAKİ SİSTEMLER</w:t>
            </w:r>
            <w:r>
              <w:br/>
              <w:t xml:space="preserve">Konu: Kalp, Damarlar ve Kan Hakkında Bilgilendirici </w:t>
            </w:r>
            <w:r>
              <w:t>Broşür</w:t>
            </w:r>
          </w:p>
        </w:tc>
      </w:tr>
    </w:tbl>
    <w:p w:rsidR="00B0668A" w:rsidRDefault="00B0668A"/>
    <w:p w:rsidR="00B0668A" w:rsidRDefault="00A53EBE">
      <w:pPr>
        <w:pStyle w:val="Balk2"/>
        <w:jc w:val="center"/>
      </w:pPr>
      <w:r>
        <w:t>PROJE KONUSU AÇIKLAMASI</w:t>
      </w:r>
    </w:p>
    <w:p w:rsidR="00B0668A" w:rsidRDefault="00A53EBE">
      <w:r>
        <w:t>Dolaşım sistemini tanıtan bir broşür hazırlayınız. Kalp, damarlar ve kan hakkında kısa açıklamalar, şemalar ve sağlıklı bir dolaşım sistemi için önerilere yer veriniz.</w:t>
      </w:r>
    </w:p>
    <w:p w:rsidR="00B0668A" w:rsidRDefault="00A53EBE">
      <w:pPr>
        <w:pStyle w:val="Balk2"/>
        <w:jc w:val="center"/>
      </w:pPr>
      <w:r>
        <w:t>PROJE YÖNERGESİ</w:t>
      </w:r>
    </w:p>
    <w:p w:rsidR="00B0668A" w:rsidRDefault="00A53EBE">
      <w:pPr>
        <w:pStyle w:val="ListeNumaras"/>
      </w:pPr>
      <w:r>
        <w:t>Dolaşım sistemi hakkında araştırma yapı</w:t>
      </w:r>
      <w:r>
        <w:t>nız.</w:t>
      </w:r>
    </w:p>
    <w:p w:rsidR="00B0668A" w:rsidRDefault="00A53EBE">
      <w:pPr>
        <w:pStyle w:val="ListeNumaras"/>
      </w:pPr>
      <w:r>
        <w:t>Kalp, damar ve kanın görevlerini kısa ve net şekilde yazınız.</w:t>
      </w:r>
    </w:p>
    <w:p w:rsidR="00B0668A" w:rsidRDefault="00A53EBE">
      <w:pPr>
        <w:pStyle w:val="ListeNumaras"/>
      </w:pPr>
      <w:r>
        <w:t>Broşürü 3 sayfa katlanır yapıda tasarlayabilirsiniz.</w:t>
      </w:r>
    </w:p>
    <w:p w:rsidR="00B0668A" w:rsidRDefault="00A53EBE">
      <w:pPr>
        <w:pStyle w:val="ListeNumaras"/>
      </w:pPr>
      <w:r>
        <w:t>Şemalar veya çizimlerle bilgilerinizi destekleyiniz.</w:t>
      </w:r>
    </w:p>
    <w:p w:rsidR="00B0668A" w:rsidRDefault="00A53EBE">
      <w:pPr>
        <w:pStyle w:val="ListeNumaras"/>
      </w:pPr>
      <w:r>
        <w:t>Renkli, anlaşılır ve dikkat çekici bir broşür hazırlayınız.</w:t>
      </w:r>
    </w:p>
    <w:p w:rsidR="00B0668A" w:rsidRDefault="00A53EBE">
      <w:pPr>
        <w:pStyle w:val="ListeNumaras"/>
      </w:pPr>
      <w:r>
        <w:t>Broşürde sağlıklı yaşam</w:t>
      </w:r>
      <w:r>
        <w:t xml:space="preserve"> önerileri de yer almalıdır.</w:t>
      </w:r>
    </w:p>
    <w:p w:rsidR="00B0668A" w:rsidRDefault="00A53EBE">
      <w:pPr>
        <w:pStyle w:val="ListeNumaras"/>
      </w:pPr>
      <w:r>
        <w:t>Belirtilen tarihte öğretmeninize teslim ediniz.</w:t>
      </w:r>
    </w:p>
    <w:p w:rsidR="00B0668A" w:rsidRDefault="00A53EBE">
      <w:pPr>
        <w:pStyle w:val="Balk2"/>
        <w:jc w:val="center"/>
      </w:pPr>
      <w:r>
        <w:t>PUANLAMA ÖLÇÜTLERİ</w:t>
      </w:r>
    </w:p>
    <w:p w:rsidR="00B0668A" w:rsidRDefault="00A53EBE">
      <w:r>
        <w:t>- Bilgi Doğruluğu ve Anlaşılabilirlik: 20 Puan</w:t>
      </w:r>
    </w:p>
    <w:p w:rsidR="00B0668A" w:rsidRDefault="00A53EBE">
      <w:r>
        <w:t>- Görsel Sunum ve Tasarım: 20 Puan</w:t>
      </w:r>
    </w:p>
    <w:p w:rsidR="00B0668A" w:rsidRDefault="00A53EBE">
      <w:r>
        <w:t>- Yaratıcılık ve Broşür Yapısı: 20 Puan</w:t>
      </w:r>
    </w:p>
    <w:p w:rsidR="00B0668A" w:rsidRDefault="00A53EBE">
      <w:r>
        <w:t>- Sağlık Önerilerinin Uygunluğu: 20 Pu</w:t>
      </w:r>
      <w:r>
        <w:t>an</w:t>
      </w:r>
    </w:p>
    <w:p w:rsidR="00B0668A" w:rsidRDefault="00A53EBE">
      <w:r>
        <w:t>- Zamanında Teslim: 20 Puan</w:t>
      </w:r>
    </w:p>
    <w:sectPr w:rsidR="00B0668A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eNumara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eNumara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eMaddemi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eMaddemi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eNumara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eMaddemi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53EBE"/>
    <w:rsid w:val="00AA1D8D"/>
    <w:rsid w:val="00B0668A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Balk1">
    <w:name w:val="heading 1"/>
    <w:basedOn w:val="Normal"/>
    <w:next w:val="Normal"/>
    <w:link w:val="Balk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alk2">
    <w:name w:val="heading 2"/>
    <w:basedOn w:val="Normal"/>
    <w:next w:val="Normal"/>
    <w:link w:val="Balk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alk3">
    <w:name w:val="heading 3"/>
    <w:basedOn w:val="Normal"/>
    <w:next w:val="Normal"/>
    <w:link w:val="Balk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E618BF"/>
  </w:style>
  <w:style w:type="paragraph" w:styleId="Altbilgi">
    <w:name w:val="footer"/>
    <w:basedOn w:val="Normal"/>
    <w:link w:val="Altbilgi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E618BF"/>
  </w:style>
  <w:style w:type="paragraph" w:styleId="AralkYok">
    <w:name w:val="No Spacing"/>
    <w:uiPriority w:val="1"/>
    <w:qFormat/>
    <w:rsid w:val="00FC693F"/>
    <w:pPr>
      <w:spacing w:after="0" w:line="240" w:lineRule="auto"/>
    </w:pPr>
  </w:style>
  <w:style w:type="character" w:customStyle="1" w:styleId="Balk1Char">
    <w:name w:val="Başlık 1 Char"/>
    <w:basedOn w:val="VarsaylanParagrafYazTipi"/>
    <w:link w:val="Balk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Balk2Char">
    <w:name w:val="Başlık 2 Char"/>
    <w:basedOn w:val="VarsaylanParagrafYazTipi"/>
    <w:link w:val="Bal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Balk3Char">
    <w:name w:val="Başlık 3 Char"/>
    <w:basedOn w:val="VarsaylanParagrafYazTipi"/>
    <w:link w:val="Bal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KonuBal">
    <w:name w:val="Title"/>
    <w:basedOn w:val="Normal"/>
    <w:next w:val="Normal"/>
    <w:link w:val="KonuBal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KonuBalChar">
    <w:name w:val="Konu Başlığı Char"/>
    <w:basedOn w:val="VarsaylanParagrafYazTipi"/>
    <w:link w:val="KonuBal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ltKonuBal">
    <w:name w:val="Subtitle"/>
    <w:basedOn w:val="Normal"/>
    <w:next w:val="Normal"/>
    <w:link w:val="AltKonuBal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ltKonuBalChar">
    <w:name w:val="Alt Konu Başlığı Char"/>
    <w:basedOn w:val="VarsaylanParagrafYazTipi"/>
    <w:link w:val="AltKonuBal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eParagraf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GvdeMetni">
    <w:name w:val="Body Text"/>
    <w:basedOn w:val="Normal"/>
    <w:link w:val="GvdeMetniChar"/>
    <w:uiPriority w:val="99"/>
    <w:unhideWhenUsed/>
    <w:rsid w:val="00AA1D8D"/>
    <w:pPr>
      <w:spacing w:after="120"/>
    </w:pPr>
  </w:style>
  <w:style w:type="character" w:customStyle="1" w:styleId="GvdeMetniChar">
    <w:name w:val="Gövde Metni Char"/>
    <w:basedOn w:val="VarsaylanParagrafYazTipi"/>
    <w:link w:val="GvdeMetni"/>
    <w:uiPriority w:val="99"/>
    <w:rsid w:val="00AA1D8D"/>
  </w:style>
  <w:style w:type="paragraph" w:styleId="GvdeMetni2">
    <w:name w:val="Body Text 2"/>
    <w:basedOn w:val="Normal"/>
    <w:link w:val="GvdeMetni2Char"/>
    <w:uiPriority w:val="99"/>
    <w:unhideWhenUsed/>
    <w:rsid w:val="00AA1D8D"/>
    <w:pPr>
      <w:spacing w:after="120" w:line="480" w:lineRule="auto"/>
    </w:pPr>
  </w:style>
  <w:style w:type="character" w:customStyle="1" w:styleId="GvdeMetni2Char">
    <w:name w:val="Gövde Metni 2 Char"/>
    <w:basedOn w:val="VarsaylanParagrafYazTipi"/>
    <w:link w:val="GvdeMetni2"/>
    <w:uiPriority w:val="99"/>
    <w:rsid w:val="00AA1D8D"/>
  </w:style>
  <w:style w:type="paragraph" w:styleId="GvdeMetni3">
    <w:name w:val="Body Text 3"/>
    <w:basedOn w:val="Normal"/>
    <w:link w:val="GvdeMetni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GvdeMetni3Char">
    <w:name w:val="Gövde Metni 3 Char"/>
    <w:basedOn w:val="VarsaylanParagrafYazTipi"/>
    <w:link w:val="GvdeMetni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eMaddemi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eMaddemi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eMaddemi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eNumara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eNumara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eNumara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Devam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Devam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Devam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kroMetni">
    <w:name w:val="macro"/>
    <w:link w:val="MakroMetni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kroMetniChar">
    <w:name w:val="Makro Metni Char"/>
    <w:basedOn w:val="VarsaylanParagrafYazTipi"/>
    <w:link w:val="MakroMetni"/>
    <w:uiPriority w:val="99"/>
    <w:rsid w:val="0029639D"/>
    <w:rPr>
      <w:rFonts w:ascii="Courier" w:hAnsi="Courier"/>
      <w:sz w:val="20"/>
      <w:szCs w:val="20"/>
    </w:rPr>
  </w:style>
  <w:style w:type="paragraph" w:styleId="Trnak">
    <w:name w:val="Quote"/>
    <w:basedOn w:val="Normal"/>
    <w:next w:val="Normal"/>
    <w:link w:val="TrnakChar"/>
    <w:uiPriority w:val="29"/>
    <w:qFormat/>
    <w:rsid w:val="00FC693F"/>
    <w:rPr>
      <w:i/>
      <w:iCs/>
      <w:color w:val="000000" w:themeColor="text1"/>
    </w:rPr>
  </w:style>
  <w:style w:type="character" w:customStyle="1" w:styleId="TrnakChar">
    <w:name w:val="Tırnak Char"/>
    <w:basedOn w:val="VarsaylanParagrafYazTipi"/>
    <w:link w:val="Trnak"/>
    <w:uiPriority w:val="29"/>
    <w:rsid w:val="00FC693F"/>
    <w:rPr>
      <w:i/>
      <w:iCs/>
      <w:color w:val="000000" w:themeColor="text1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ResimYazs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Gl">
    <w:name w:val="Strong"/>
    <w:basedOn w:val="VarsaylanParagrafYazTipi"/>
    <w:uiPriority w:val="22"/>
    <w:qFormat/>
    <w:rsid w:val="00FC693F"/>
    <w:rPr>
      <w:b/>
      <w:bCs/>
    </w:rPr>
  </w:style>
  <w:style w:type="character" w:styleId="Vurgu">
    <w:name w:val="Emphasis"/>
    <w:basedOn w:val="VarsaylanParagrafYazTipi"/>
    <w:uiPriority w:val="20"/>
    <w:qFormat/>
    <w:rsid w:val="00FC693F"/>
    <w:rPr>
      <w:i/>
      <w:iCs/>
    </w:rPr>
  </w:style>
  <w:style w:type="paragraph" w:styleId="KeskinTrnak">
    <w:name w:val="Intense Quote"/>
    <w:basedOn w:val="Normal"/>
    <w:next w:val="Normal"/>
    <w:link w:val="KeskinTrnak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KeskinTrnakChar">
    <w:name w:val="Keskin Tırnak Char"/>
    <w:basedOn w:val="VarsaylanParagrafYazTipi"/>
    <w:link w:val="KeskinTrnak"/>
    <w:uiPriority w:val="30"/>
    <w:rsid w:val="00FC693F"/>
    <w:rPr>
      <w:b/>
      <w:bCs/>
      <w:i/>
      <w:iCs/>
      <w:color w:val="4F81BD" w:themeColor="accent1"/>
    </w:rPr>
  </w:style>
  <w:style w:type="character" w:styleId="HafifVurgulama">
    <w:name w:val="Subtle Emphasis"/>
    <w:basedOn w:val="VarsaylanParagrafYazTipi"/>
    <w:uiPriority w:val="19"/>
    <w:qFormat/>
    <w:rsid w:val="00FC693F"/>
    <w:rPr>
      <w:i/>
      <w:iCs/>
      <w:color w:val="808080" w:themeColor="text1" w:themeTint="7F"/>
    </w:rPr>
  </w:style>
  <w:style w:type="character" w:styleId="GlVurgulama">
    <w:name w:val="Intense Emphasis"/>
    <w:basedOn w:val="VarsaylanParagrafYazTipi"/>
    <w:uiPriority w:val="21"/>
    <w:qFormat/>
    <w:rsid w:val="00FC693F"/>
    <w:rPr>
      <w:b/>
      <w:bCs/>
      <w:i/>
      <w:iCs/>
      <w:color w:val="4F81BD" w:themeColor="accent1"/>
    </w:rPr>
  </w:style>
  <w:style w:type="character" w:styleId="HafifBavuru">
    <w:name w:val="Subtle Reference"/>
    <w:basedOn w:val="VarsaylanParagrafYazTipi"/>
    <w:uiPriority w:val="31"/>
    <w:qFormat/>
    <w:rsid w:val="00FC693F"/>
    <w:rPr>
      <w:smallCaps/>
      <w:color w:val="C0504D" w:themeColor="accent2"/>
      <w:u w:val="single"/>
    </w:rPr>
  </w:style>
  <w:style w:type="character" w:styleId="GlBavuru">
    <w:name w:val="Intense Reference"/>
    <w:basedOn w:val="VarsaylanParagrafYazTipi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KitapBal">
    <w:name w:val="Book Title"/>
    <w:basedOn w:val="VarsaylanParagrafYazTipi"/>
    <w:uiPriority w:val="33"/>
    <w:qFormat/>
    <w:rsid w:val="00FC693F"/>
    <w:rPr>
      <w:b/>
      <w:bCs/>
      <w:smallCaps/>
      <w:spacing w:val="5"/>
    </w:rPr>
  </w:style>
  <w:style w:type="paragraph" w:styleId="TBal">
    <w:name w:val="TOC Heading"/>
    <w:basedOn w:val="Balk1"/>
    <w:next w:val="Normal"/>
    <w:uiPriority w:val="39"/>
    <w:semiHidden/>
    <w:unhideWhenUsed/>
    <w:qFormat/>
    <w:rsid w:val="00FC693F"/>
    <w:pPr>
      <w:outlineLvl w:val="9"/>
    </w:pPr>
  </w:style>
  <w:style w:type="table" w:styleId="TabloKlavuzu">
    <w:name w:val="Table Grid"/>
    <w:basedOn w:val="NormalTablo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kGlgeleme">
    <w:name w:val="Light Shading"/>
    <w:basedOn w:val="NormalTablo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AkGlgeleme-Vurgu1">
    <w:name w:val="Light Shading Accent 1"/>
    <w:basedOn w:val="NormalTablo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AkGlgeleme-Vurgu2">
    <w:name w:val="Light Shading Accent 2"/>
    <w:basedOn w:val="NormalTablo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AkGlgeleme-Vurgu3">
    <w:name w:val="Light Shading Accent 3"/>
    <w:basedOn w:val="NormalTablo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AkGlgeleme-Vurgu4">
    <w:name w:val="Light Shading Accent 4"/>
    <w:basedOn w:val="NormalTablo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AkGlgeleme-Vurgu5">
    <w:name w:val="Light Shading Accent 5"/>
    <w:basedOn w:val="NormalTablo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AkGlgeleme-Vurgu6">
    <w:name w:val="Light Shading Accent 6"/>
    <w:basedOn w:val="NormalTablo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kListe">
    <w:name w:val="Light List"/>
    <w:basedOn w:val="NormalTablo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AkListe-Vurgu1">
    <w:name w:val="Light List Accent 1"/>
    <w:basedOn w:val="NormalTablo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AkListe-Vurgu2">
    <w:name w:val="Light List Accent 2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AkListe-Vurgu3">
    <w:name w:val="Light List Accent 3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AkListe-Vurgu4">
    <w:name w:val="Light List Accent 4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AkListe-Vurgu5">
    <w:name w:val="Light List Accent 5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AkListe-Vurgu6">
    <w:name w:val="Light List Accent 6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kKlavuz">
    <w:name w:val="Light Grid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AkKlavuz-Vurgu1">
    <w:name w:val="Light Grid Accent 1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AkKlavuz-Vurgu2">
    <w:name w:val="Light Grid Accent 2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AkKlavuz-Vurgu3">
    <w:name w:val="Light Grid Accent 3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AkKlavuz-Vurgu4">
    <w:name w:val="Light Grid Accent 4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AkKlavuz-Vurgu5">
    <w:name w:val="Light Grid Accent 5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AkKlavuz-Vurgu6">
    <w:name w:val="Light Grid Accent 6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OrtaGlgeleme1">
    <w:name w:val="Medium Shading 1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1">
    <w:name w:val="Medium Shading 1 Accent 1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2">
    <w:name w:val="Medium Shading 1 Accent 2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3">
    <w:name w:val="Medium Shading 1 Accent 3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4">
    <w:name w:val="Medium Shading 1 Accent 4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5">
    <w:name w:val="Medium Shading 1 Accent 5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6">
    <w:name w:val="Medium Shading 1 Accent 6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2">
    <w:name w:val="Medium Shading 2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1">
    <w:name w:val="Medium Shading 2 Accent 1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2">
    <w:name w:val="Medium Shading 2 Accent 2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3">
    <w:name w:val="Medium Shading 2 Accent 3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4">
    <w:name w:val="Medium Shading 2 Accent 4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5">
    <w:name w:val="Medium Shading 2 Accent 5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6">
    <w:name w:val="Medium Shading 2 Accent 6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Liste1">
    <w:name w:val="Medium List 1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OrtaListe1-Vurgu1">
    <w:name w:val="Medium List 1 Accent 1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OrtaListe1-Vurgu2">
    <w:name w:val="Medium List 1 Accent 2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OrtaListe1-Vurgu3">
    <w:name w:val="Medium List 1 Accent 3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OrtaListe1-Vurgu4">
    <w:name w:val="Medium List 1 Accent 4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OrtaListe1-Vurgu5">
    <w:name w:val="Medium List 1 Accent 5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OrtaListe1-Vurgu6">
    <w:name w:val="Medium List 1 Accent 6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OrtaListe2">
    <w:name w:val="Medium List 2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2-Vurgu1">
    <w:name w:val="Medium List 2 Accent 1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2">
    <w:name w:val="Medium List 2 Accent 2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3">
    <w:name w:val="Medium List 2 Accent 3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4">
    <w:name w:val="Medium List 2 Accent 4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5">
    <w:name w:val="Medium List 2 Accent 5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6">
    <w:name w:val="Medium List 2 Accent 6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Klavuz1">
    <w:name w:val="Medium Grid 1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OrtaKlavuz1-Vurgu1">
    <w:name w:val="Medium Grid 1 Accent 1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OrtaKlavuz1-Vurgu2">
    <w:name w:val="Medium Grid 1 Accent 2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OrtaKlavuz1-Vurgu3">
    <w:name w:val="Medium Grid 1 Accent 3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OrtaKlavuz1-Vurgu4">
    <w:name w:val="Medium Grid 1 Accent 4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OrtaKlavuz1-Vurgu5">
    <w:name w:val="Medium Grid 1 Accent 5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OrtaKlavuz1-Vurgu6">
    <w:name w:val="Medium Grid 1 Accent 6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OrtaKlavuz2">
    <w:name w:val="Medium Grid 2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1">
    <w:name w:val="Medium Grid 2 Accent 1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2">
    <w:name w:val="Medium Grid 2 Accent 2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3">
    <w:name w:val="Medium Grid 2 Accent 3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4">
    <w:name w:val="Medium Grid 2 Accent 4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5">
    <w:name w:val="Medium Grid 2 Accent 5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6">
    <w:name w:val="Medium Grid 2 Accent 6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3">
    <w:name w:val="Medium Grid 3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OrtaKlavuz3-Vurgu1">
    <w:name w:val="Medium Grid 3 Accent 1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OrtaKlavuz3-Vurgu2">
    <w:name w:val="Medium Grid 3 Accent 2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OrtaKlavuz3-Vurgu3">
    <w:name w:val="Medium Grid 3 Accent 3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OrtaKlavuz3-Vurgu4">
    <w:name w:val="Medium Grid 3 Accent 4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OrtaKlavuz3-Vurgu5">
    <w:name w:val="Medium Grid 3 Accent 5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OrtaKlavuz3-Vurgu6">
    <w:name w:val="Medium Grid 3 Accent 6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KoyuListe">
    <w:name w:val="Dark List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KoyuListe-Vurgu1">
    <w:name w:val="Dark List Accent 1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KoyuListe-Vurgu2">
    <w:name w:val="Dark List Accent 2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KoyuListe-Vurgu3">
    <w:name w:val="Dark List Accent 3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KoyuListe-Vurgu4">
    <w:name w:val="Dark List Accent 4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KoyuListe-Vurgu5">
    <w:name w:val="Dark List Accent 5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KoyuListe-Vurgu6">
    <w:name w:val="Dark List Accent 6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RenkliGlgeleme">
    <w:name w:val="Colorful Shading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1">
    <w:name w:val="Colorful Shading Accent 1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2">
    <w:name w:val="Colorful Shading Accent 2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3">
    <w:name w:val="Colorful Shading Accent 3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nkliGlgeleme-Vurgu4">
    <w:name w:val="Colorful Shading Accent 4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5">
    <w:name w:val="Colorful Shading Accent 5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6">
    <w:name w:val="Colorful Shading Accent 6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Liste">
    <w:name w:val="Colorful List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RenkliListe-Vurgu1">
    <w:name w:val="Colorful List Accent 1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RenkliListe-Vurgu2">
    <w:name w:val="Colorful List Accent 2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RenkliListe-Vurgu3">
    <w:name w:val="Colorful List Accent 3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RenkliListe-Vurgu4">
    <w:name w:val="Colorful List Accent 4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RenkliListe-Vurgu5">
    <w:name w:val="Colorful List Accent 5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RenkliListe-Vurgu6">
    <w:name w:val="Colorful List Accent 6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RenkliKlavuz">
    <w:name w:val="Colorful Grid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nkliKlavuz-Vurgu1">
    <w:name w:val="Colorful Grid Accent 1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nkliKlavuz-Vurgu2">
    <w:name w:val="Colorful Grid Accent 2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nkliKlavuz-Vurgu3">
    <w:name w:val="Colorful Grid Accent 3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nkliKlavuz-Vurgu4">
    <w:name w:val="Colorful Grid Accent 4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nkliKlavuz-Vurgu5">
    <w:name w:val="Colorful Grid Accent 5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nkliKlavuz-Vurgu6">
    <w:name w:val="Colorful Grid Accent 6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Balk1">
    <w:name w:val="heading 1"/>
    <w:basedOn w:val="Normal"/>
    <w:next w:val="Normal"/>
    <w:link w:val="Balk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alk2">
    <w:name w:val="heading 2"/>
    <w:basedOn w:val="Normal"/>
    <w:next w:val="Normal"/>
    <w:link w:val="Balk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alk3">
    <w:name w:val="heading 3"/>
    <w:basedOn w:val="Normal"/>
    <w:next w:val="Normal"/>
    <w:link w:val="Balk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E618BF"/>
  </w:style>
  <w:style w:type="paragraph" w:styleId="Altbilgi">
    <w:name w:val="footer"/>
    <w:basedOn w:val="Normal"/>
    <w:link w:val="Altbilgi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E618BF"/>
  </w:style>
  <w:style w:type="paragraph" w:styleId="AralkYok">
    <w:name w:val="No Spacing"/>
    <w:uiPriority w:val="1"/>
    <w:qFormat/>
    <w:rsid w:val="00FC693F"/>
    <w:pPr>
      <w:spacing w:after="0" w:line="240" w:lineRule="auto"/>
    </w:pPr>
  </w:style>
  <w:style w:type="character" w:customStyle="1" w:styleId="Balk1Char">
    <w:name w:val="Başlık 1 Char"/>
    <w:basedOn w:val="VarsaylanParagrafYazTipi"/>
    <w:link w:val="Balk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Balk2Char">
    <w:name w:val="Başlık 2 Char"/>
    <w:basedOn w:val="VarsaylanParagrafYazTipi"/>
    <w:link w:val="Bal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Balk3Char">
    <w:name w:val="Başlık 3 Char"/>
    <w:basedOn w:val="VarsaylanParagrafYazTipi"/>
    <w:link w:val="Bal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KonuBal">
    <w:name w:val="Title"/>
    <w:basedOn w:val="Normal"/>
    <w:next w:val="Normal"/>
    <w:link w:val="KonuBal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KonuBalChar">
    <w:name w:val="Konu Başlığı Char"/>
    <w:basedOn w:val="VarsaylanParagrafYazTipi"/>
    <w:link w:val="KonuBal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ltKonuBal">
    <w:name w:val="Subtitle"/>
    <w:basedOn w:val="Normal"/>
    <w:next w:val="Normal"/>
    <w:link w:val="AltKonuBal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ltKonuBalChar">
    <w:name w:val="Alt Konu Başlığı Char"/>
    <w:basedOn w:val="VarsaylanParagrafYazTipi"/>
    <w:link w:val="AltKonuBal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eParagraf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GvdeMetni">
    <w:name w:val="Body Text"/>
    <w:basedOn w:val="Normal"/>
    <w:link w:val="GvdeMetniChar"/>
    <w:uiPriority w:val="99"/>
    <w:unhideWhenUsed/>
    <w:rsid w:val="00AA1D8D"/>
    <w:pPr>
      <w:spacing w:after="120"/>
    </w:pPr>
  </w:style>
  <w:style w:type="character" w:customStyle="1" w:styleId="GvdeMetniChar">
    <w:name w:val="Gövde Metni Char"/>
    <w:basedOn w:val="VarsaylanParagrafYazTipi"/>
    <w:link w:val="GvdeMetni"/>
    <w:uiPriority w:val="99"/>
    <w:rsid w:val="00AA1D8D"/>
  </w:style>
  <w:style w:type="paragraph" w:styleId="GvdeMetni2">
    <w:name w:val="Body Text 2"/>
    <w:basedOn w:val="Normal"/>
    <w:link w:val="GvdeMetni2Char"/>
    <w:uiPriority w:val="99"/>
    <w:unhideWhenUsed/>
    <w:rsid w:val="00AA1D8D"/>
    <w:pPr>
      <w:spacing w:after="120" w:line="480" w:lineRule="auto"/>
    </w:pPr>
  </w:style>
  <w:style w:type="character" w:customStyle="1" w:styleId="GvdeMetni2Char">
    <w:name w:val="Gövde Metni 2 Char"/>
    <w:basedOn w:val="VarsaylanParagrafYazTipi"/>
    <w:link w:val="GvdeMetni2"/>
    <w:uiPriority w:val="99"/>
    <w:rsid w:val="00AA1D8D"/>
  </w:style>
  <w:style w:type="paragraph" w:styleId="GvdeMetni3">
    <w:name w:val="Body Text 3"/>
    <w:basedOn w:val="Normal"/>
    <w:link w:val="GvdeMetni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GvdeMetni3Char">
    <w:name w:val="Gövde Metni 3 Char"/>
    <w:basedOn w:val="VarsaylanParagrafYazTipi"/>
    <w:link w:val="GvdeMetni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eMaddemi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eMaddemi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eMaddemi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eNumara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eNumara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eNumara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Devam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Devam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Devam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kroMetni">
    <w:name w:val="macro"/>
    <w:link w:val="MakroMetni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kroMetniChar">
    <w:name w:val="Makro Metni Char"/>
    <w:basedOn w:val="VarsaylanParagrafYazTipi"/>
    <w:link w:val="MakroMetni"/>
    <w:uiPriority w:val="99"/>
    <w:rsid w:val="0029639D"/>
    <w:rPr>
      <w:rFonts w:ascii="Courier" w:hAnsi="Courier"/>
      <w:sz w:val="20"/>
      <w:szCs w:val="20"/>
    </w:rPr>
  </w:style>
  <w:style w:type="paragraph" w:styleId="Trnak">
    <w:name w:val="Quote"/>
    <w:basedOn w:val="Normal"/>
    <w:next w:val="Normal"/>
    <w:link w:val="TrnakChar"/>
    <w:uiPriority w:val="29"/>
    <w:qFormat/>
    <w:rsid w:val="00FC693F"/>
    <w:rPr>
      <w:i/>
      <w:iCs/>
      <w:color w:val="000000" w:themeColor="text1"/>
    </w:rPr>
  </w:style>
  <w:style w:type="character" w:customStyle="1" w:styleId="TrnakChar">
    <w:name w:val="Tırnak Char"/>
    <w:basedOn w:val="VarsaylanParagrafYazTipi"/>
    <w:link w:val="Trnak"/>
    <w:uiPriority w:val="29"/>
    <w:rsid w:val="00FC693F"/>
    <w:rPr>
      <w:i/>
      <w:iCs/>
      <w:color w:val="000000" w:themeColor="text1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ResimYazs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Gl">
    <w:name w:val="Strong"/>
    <w:basedOn w:val="VarsaylanParagrafYazTipi"/>
    <w:uiPriority w:val="22"/>
    <w:qFormat/>
    <w:rsid w:val="00FC693F"/>
    <w:rPr>
      <w:b/>
      <w:bCs/>
    </w:rPr>
  </w:style>
  <w:style w:type="character" w:styleId="Vurgu">
    <w:name w:val="Emphasis"/>
    <w:basedOn w:val="VarsaylanParagrafYazTipi"/>
    <w:uiPriority w:val="20"/>
    <w:qFormat/>
    <w:rsid w:val="00FC693F"/>
    <w:rPr>
      <w:i/>
      <w:iCs/>
    </w:rPr>
  </w:style>
  <w:style w:type="paragraph" w:styleId="KeskinTrnak">
    <w:name w:val="Intense Quote"/>
    <w:basedOn w:val="Normal"/>
    <w:next w:val="Normal"/>
    <w:link w:val="KeskinTrnak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KeskinTrnakChar">
    <w:name w:val="Keskin Tırnak Char"/>
    <w:basedOn w:val="VarsaylanParagrafYazTipi"/>
    <w:link w:val="KeskinTrnak"/>
    <w:uiPriority w:val="30"/>
    <w:rsid w:val="00FC693F"/>
    <w:rPr>
      <w:b/>
      <w:bCs/>
      <w:i/>
      <w:iCs/>
      <w:color w:val="4F81BD" w:themeColor="accent1"/>
    </w:rPr>
  </w:style>
  <w:style w:type="character" w:styleId="HafifVurgulama">
    <w:name w:val="Subtle Emphasis"/>
    <w:basedOn w:val="VarsaylanParagrafYazTipi"/>
    <w:uiPriority w:val="19"/>
    <w:qFormat/>
    <w:rsid w:val="00FC693F"/>
    <w:rPr>
      <w:i/>
      <w:iCs/>
      <w:color w:val="808080" w:themeColor="text1" w:themeTint="7F"/>
    </w:rPr>
  </w:style>
  <w:style w:type="character" w:styleId="GlVurgulama">
    <w:name w:val="Intense Emphasis"/>
    <w:basedOn w:val="VarsaylanParagrafYazTipi"/>
    <w:uiPriority w:val="21"/>
    <w:qFormat/>
    <w:rsid w:val="00FC693F"/>
    <w:rPr>
      <w:b/>
      <w:bCs/>
      <w:i/>
      <w:iCs/>
      <w:color w:val="4F81BD" w:themeColor="accent1"/>
    </w:rPr>
  </w:style>
  <w:style w:type="character" w:styleId="HafifBavuru">
    <w:name w:val="Subtle Reference"/>
    <w:basedOn w:val="VarsaylanParagrafYazTipi"/>
    <w:uiPriority w:val="31"/>
    <w:qFormat/>
    <w:rsid w:val="00FC693F"/>
    <w:rPr>
      <w:smallCaps/>
      <w:color w:val="C0504D" w:themeColor="accent2"/>
      <w:u w:val="single"/>
    </w:rPr>
  </w:style>
  <w:style w:type="character" w:styleId="GlBavuru">
    <w:name w:val="Intense Reference"/>
    <w:basedOn w:val="VarsaylanParagrafYazTipi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KitapBal">
    <w:name w:val="Book Title"/>
    <w:basedOn w:val="VarsaylanParagrafYazTipi"/>
    <w:uiPriority w:val="33"/>
    <w:qFormat/>
    <w:rsid w:val="00FC693F"/>
    <w:rPr>
      <w:b/>
      <w:bCs/>
      <w:smallCaps/>
      <w:spacing w:val="5"/>
    </w:rPr>
  </w:style>
  <w:style w:type="paragraph" w:styleId="TBal">
    <w:name w:val="TOC Heading"/>
    <w:basedOn w:val="Balk1"/>
    <w:next w:val="Normal"/>
    <w:uiPriority w:val="39"/>
    <w:semiHidden/>
    <w:unhideWhenUsed/>
    <w:qFormat/>
    <w:rsid w:val="00FC693F"/>
    <w:pPr>
      <w:outlineLvl w:val="9"/>
    </w:pPr>
  </w:style>
  <w:style w:type="table" w:styleId="TabloKlavuzu">
    <w:name w:val="Table Grid"/>
    <w:basedOn w:val="NormalTablo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kGlgeleme">
    <w:name w:val="Light Shading"/>
    <w:basedOn w:val="NormalTablo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AkGlgeleme-Vurgu1">
    <w:name w:val="Light Shading Accent 1"/>
    <w:basedOn w:val="NormalTablo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AkGlgeleme-Vurgu2">
    <w:name w:val="Light Shading Accent 2"/>
    <w:basedOn w:val="NormalTablo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AkGlgeleme-Vurgu3">
    <w:name w:val="Light Shading Accent 3"/>
    <w:basedOn w:val="NormalTablo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AkGlgeleme-Vurgu4">
    <w:name w:val="Light Shading Accent 4"/>
    <w:basedOn w:val="NormalTablo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AkGlgeleme-Vurgu5">
    <w:name w:val="Light Shading Accent 5"/>
    <w:basedOn w:val="NormalTablo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AkGlgeleme-Vurgu6">
    <w:name w:val="Light Shading Accent 6"/>
    <w:basedOn w:val="NormalTablo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kListe">
    <w:name w:val="Light List"/>
    <w:basedOn w:val="NormalTablo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AkListe-Vurgu1">
    <w:name w:val="Light List Accent 1"/>
    <w:basedOn w:val="NormalTablo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AkListe-Vurgu2">
    <w:name w:val="Light List Accent 2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AkListe-Vurgu3">
    <w:name w:val="Light List Accent 3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AkListe-Vurgu4">
    <w:name w:val="Light List Accent 4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AkListe-Vurgu5">
    <w:name w:val="Light List Accent 5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AkListe-Vurgu6">
    <w:name w:val="Light List Accent 6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kKlavuz">
    <w:name w:val="Light Grid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AkKlavuz-Vurgu1">
    <w:name w:val="Light Grid Accent 1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AkKlavuz-Vurgu2">
    <w:name w:val="Light Grid Accent 2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AkKlavuz-Vurgu3">
    <w:name w:val="Light Grid Accent 3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AkKlavuz-Vurgu4">
    <w:name w:val="Light Grid Accent 4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AkKlavuz-Vurgu5">
    <w:name w:val="Light Grid Accent 5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AkKlavuz-Vurgu6">
    <w:name w:val="Light Grid Accent 6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OrtaGlgeleme1">
    <w:name w:val="Medium Shading 1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1">
    <w:name w:val="Medium Shading 1 Accent 1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2">
    <w:name w:val="Medium Shading 1 Accent 2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3">
    <w:name w:val="Medium Shading 1 Accent 3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4">
    <w:name w:val="Medium Shading 1 Accent 4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5">
    <w:name w:val="Medium Shading 1 Accent 5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6">
    <w:name w:val="Medium Shading 1 Accent 6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2">
    <w:name w:val="Medium Shading 2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1">
    <w:name w:val="Medium Shading 2 Accent 1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2">
    <w:name w:val="Medium Shading 2 Accent 2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3">
    <w:name w:val="Medium Shading 2 Accent 3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4">
    <w:name w:val="Medium Shading 2 Accent 4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5">
    <w:name w:val="Medium Shading 2 Accent 5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6">
    <w:name w:val="Medium Shading 2 Accent 6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Liste1">
    <w:name w:val="Medium List 1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OrtaListe1-Vurgu1">
    <w:name w:val="Medium List 1 Accent 1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OrtaListe1-Vurgu2">
    <w:name w:val="Medium List 1 Accent 2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OrtaListe1-Vurgu3">
    <w:name w:val="Medium List 1 Accent 3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OrtaListe1-Vurgu4">
    <w:name w:val="Medium List 1 Accent 4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OrtaListe1-Vurgu5">
    <w:name w:val="Medium List 1 Accent 5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OrtaListe1-Vurgu6">
    <w:name w:val="Medium List 1 Accent 6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OrtaListe2">
    <w:name w:val="Medium List 2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2-Vurgu1">
    <w:name w:val="Medium List 2 Accent 1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2">
    <w:name w:val="Medium List 2 Accent 2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3">
    <w:name w:val="Medium List 2 Accent 3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4">
    <w:name w:val="Medium List 2 Accent 4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5">
    <w:name w:val="Medium List 2 Accent 5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6">
    <w:name w:val="Medium List 2 Accent 6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Klavuz1">
    <w:name w:val="Medium Grid 1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OrtaKlavuz1-Vurgu1">
    <w:name w:val="Medium Grid 1 Accent 1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OrtaKlavuz1-Vurgu2">
    <w:name w:val="Medium Grid 1 Accent 2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OrtaKlavuz1-Vurgu3">
    <w:name w:val="Medium Grid 1 Accent 3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OrtaKlavuz1-Vurgu4">
    <w:name w:val="Medium Grid 1 Accent 4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OrtaKlavuz1-Vurgu5">
    <w:name w:val="Medium Grid 1 Accent 5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OrtaKlavuz1-Vurgu6">
    <w:name w:val="Medium Grid 1 Accent 6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OrtaKlavuz2">
    <w:name w:val="Medium Grid 2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1">
    <w:name w:val="Medium Grid 2 Accent 1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2">
    <w:name w:val="Medium Grid 2 Accent 2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3">
    <w:name w:val="Medium Grid 2 Accent 3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4">
    <w:name w:val="Medium Grid 2 Accent 4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5">
    <w:name w:val="Medium Grid 2 Accent 5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6">
    <w:name w:val="Medium Grid 2 Accent 6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3">
    <w:name w:val="Medium Grid 3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OrtaKlavuz3-Vurgu1">
    <w:name w:val="Medium Grid 3 Accent 1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OrtaKlavuz3-Vurgu2">
    <w:name w:val="Medium Grid 3 Accent 2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OrtaKlavuz3-Vurgu3">
    <w:name w:val="Medium Grid 3 Accent 3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OrtaKlavuz3-Vurgu4">
    <w:name w:val="Medium Grid 3 Accent 4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OrtaKlavuz3-Vurgu5">
    <w:name w:val="Medium Grid 3 Accent 5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OrtaKlavuz3-Vurgu6">
    <w:name w:val="Medium Grid 3 Accent 6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KoyuListe">
    <w:name w:val="Dark List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KoyuListe-Vurgu1">
    <w:name w:val="Dark List Accent 1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KoyuListe-Vurgu2">
    <w:name w:val="Dark List Accent 2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KoyuListe-Vurgu3">
    <w:name w:val="Dark List Accent 3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KoyuListe-Vurgu4">
    <w:name w:val="Dark List Accent 4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KoyuListe-Vurgu5">
    <w:name w:val="Dark List Accent 5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KoyuListe-Vurgu6">
    <w:name w:val="Dark List Accent 6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RenkliGlgeleme">
    <w:name w:val="Colorful Shading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1">
    <w:name w:val="Colorful Shading Accent 1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2">
    <w:name w:val="Colorful Shading Accent 2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3">
    <w:name w:val="Colorful Shading Accent 3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nkliGlgeleme-Vurgu4">
    <w:name w:val="Colorful Shading Accent 4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5">
    <w:name w:val="Colorful Shading Accent 5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6">
    <w:name w:val="Colorful Shading Accent 6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Liste">
    <w:name w:val="Colorful List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RenkliListe-Vurgu1">
    <w:name w:val="Colorful List Accent 1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RenkliListe-Vurgu2">
    <w:name w:val="Colorful List Accent 2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RenkliListe-Vurgu3">
    <w:name w:val="Colorful List Accent 3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RenkliListe-Vurgu4">
    <w:name w:val="Colorful List Accent 4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RenkliListe-Vurgu5">
    <w:name w:val="Colorful List Accent 5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RenkliListe-Vurgu6">
    <w:name w:val="Colorful List Accent 6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RenkliKlavuz">
    <w:name w:val="Colorful Grid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nkliKlavuz-Vurgu1">
    <w:name w:val="Colorful Grid Accent 1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nkliKlavuz-Vurgu2">
    <w:name w:val="Colorful Grid Accent 2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nkliKlavuz-Vurgu3">
    <w:name w:val="Colorful Grid Accent 3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nkliKlavuz-Vurgu4">
    <w:name w:val="Colorful Grid Accent 4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nkliKlavuz-Vurgu5">
    <w:name w:val="Colorful Grid Accent 5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nkliKlavuz-Vurgu6">
    <w:name w:val="Colorful Grid Accent 6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C996D7EB-EED5-4681-BDDA-EDB215D42C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157</Words>
  <Characters>895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1050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emin_fen@hotmail.com</cp:lastModifiedBy>
  <cp:revision>3</cp:revision>
  <dcterms:created xsi:type="dcterms:W3CDTF">2013-12-23T23:15:00Z</dcterms:created>
  <dcterms:modified xsi:type="dcterms:W3CDTF">2025-04-19T19:38:00Z</dcterms:modified>
  <cp:category/>
</cp:coreProperties>
</file>