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3858" w:rsidRDefault="009A4BBE" w:rsidP="009A4BBE">
      <w:pPr>
        <w:pStyle w:val="Balk1"/>
        <w:jc w:val="center"/>
      </w:pPr>
      <w:proofErr w:type="gramStart"/>
      <w:r>
        <w:t xml:space="preserve">6 SINIF FEN BİLİMLERİ PROJE GÖREV YÖNERGESİ </w:t>
      </w:r>
      <w:bookmarkStart w:id="0" w:name="_GoBack"/>
      <w:bookmarkEnd w:id="0"/>
      <w:r>
        <w:t>EĞİTİM-ÖĞRETİM YILI: 20....</w:t>
      </w:r>
      <w:proofErr w:type="gramEnd"/>
      <w:r>
        <w:t xml:space="preserve"> – 20....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1C3858">
        <w:tc>
          <w:tcPr>
            <w:tcW w:w="4320" w:type="dxa"/>
          </w:tcPr>
          <w:p w:rsidR="001C3858" w:rsidRDefault="009A4BBE">
            <w:r>
              <w:t>Adı Soyadı:</w:t>
            </w:r>
          </w:p>
        </w:tc>
        <w:tc>
          <w:tcPr>
            <w:tcW w:w="4320" w:type="dxa"/>
          </w:tcPr>
          <w:p w:rsidR="001C3858" w:rsidRDefault="009A4BBE">
            <w:r>
              <w:t>Sınıf / Şube / No:</w:t>
            </w:r>
          </w:p>
        </w:tc>
      </w:tr>
      <w:tr w:rsidR="001C3858">
        <w:tc>
          <w:tcPr>
            <w:tcW w:w="4320" w:type="dxa"/>
          </w:tcPr>
          <w:p w:rsidR="001C3858" w:rsidRDefault="009A4BBE">
            <w:r>
              <w:t>Okulu:</w:t>
            </w:r>
          </w:p>
        </w:tc>
        <w:tc>
          <w:tcPr>
            <w:tcW w:w="4320" w:type="dxa"/>
          </w:tcPr>
          <w:p w:rsidR="001C3858" w:rsidRDefault="001C3858"/>
        </w:tc>
      </w:tr>
      <w:tr w:rsidR="001C3858">
        <w:tc>
          <w:tcPr>
            <w:tcW w:w="4320" w:type="dxa"/>
          </w:tcPr>
          <w:p w:rsidR="001C3858" w:rsidRDefault="009A4BBE">
            <w:r>
              <w:t>Veriliş Tarihi:</w:t>
            </w:r>
          </w:p>
        </w:tc>
        <w:tc>
          <w:tcPr>
            <w:tcW w:w="4320" w:type="dxa"/>
          </w:tcPr>
          <w:p w:rsidR="001C3858" w:rsidRDefault="009A4BBE">
            <w:r>
              <w:t>Teslim Tarihi:</w:t>
            </w:r>
          </w:p>
        </w:tc>
      </w:tr>
      <w:tr w:rsidR="001C3858">
        <w:tc>
          <w:tcPr>
            <w:tcW w:w="8640" w:type="dxa"/>
            <w:gridSpan w:val="2"/>
          </w:tcPr>
          <w:p w:rsidR="001C3858" w:rsidRDefault="009A4BBE">
            <w:r>
              <w:t>Öğrenme Alanı / Ünite: MERKEZİ SİNİR SİSTEMİ VE DUYU ORGANLARI</w:t>
            </w:r>
            <w:r>
              <w:br/>
              <w:t xml:space="preserve">Konu: Beş Duyu Organının Görevleri ve </w:t>
            </w:r>
            <w:r>
              <w:t>Koruma Yöntemleri</w:t>
            </w:r>
          </w:p>
        </w:tc>
      </w:tr>
    </w:tbl>
    <w:p w:rsidR="001C3858" w:rsidRDefault="001C3858"/>
    <w:p w:rsidR="001C3858" w:rsidRDefault="009A4BBE">
      <w:pPr>
        <w:pStyle w:val="Balk2"/>
        <w:jc w:val="center"/>
      </w:pPr>
      <w:r>
        <w:t>PROJE KONUSU AÇIKLAMASI</w:t>
      </w:r>
    </w:p>
    <w:p w:rsidR="001C3858" w:rsidRDefault="009A4BBE">
      <w:r>
        <w:t>Görme, işitme, tatma, dokunma ve koku alma duyularına ait organları, görevlerini ve korunma yollarını görsellerle destekleyerek bir afiş şeklinde sununuz.</w:t>
      </w:r>
    </w:p>
    <w:p w:rsidR="001C3858" w:rsidRDefault="009A4BBE">
      <w:pPr>
        <w:pStyle w:val="Balk2"/>
        <w:jc w:val="center"/>
      </w:pPr>
      <w:r>
        <w:t>PROJE YÖNERGESİ</w:t>
      </w:r>
    </w:p>
    <w:p w:rsidR="001C3858" w:rsidRDefault="009A4BBE">
      <w:pPr>
        <w:pStyle w:val="ListeNumaras"/>
      </w:pPr>
      <w:r>
        <w:t>Duyu organlarının görevlerini ve koruma y</w:t>
      </w:r>
      <w:r>
        <w:t>öntemlerini araştırınız.</w:t>
      </w:r>
    </w:p>
    <w:p w:rsidR="001C3858" w:rsidRDefault="009A4BBE">
      <w:pPr>
        <w:pStyle w:val="ListeNumaras"/>
      </w:pPr>
      <w:r>
        <w:t>Her duyu organı için kısa açıklamalar yazınız.</w:t>
      </w:r>
    </w:p>
    <w:p w:rsidR="001C3858" w:rsidRDefault="009A4BBE">
      <w:pPr>
        <w:pStyle w:val="ListeNumaras"/>
      </w:pPr>
      <w:r>
        <w:t>Afişinizde her organ için bir başlık ve görsel kullanınız.</w:t>
      </w:r>
    </w:p>
    <w:p w:rsidR="001C3858" w:rsidRDefault="009A4BBE">
      <w:pPr>
        <w:pStyle w:val="ListeNumaras"/>
      </w:pPr>
      <w:r>
        <w:t>Koruma yollarını her açıklamanın altına ekleyiniz.</w:t>
      </w:r>
    </w:p>
    <w:p w:rsidR="001C3858" w:rsidRDefault="009A4BBE">
      <w:pPr>
        <w:pStyle w:val="ListeNumaras"/>
      </w:pPr>
      <w:r>
        <w:t>Afişinizi renkli, dikkat çekici ve eğitici olacak şekilde düzenleyiniz.</w:t>
      </w:r>
    </w:p>
    <w:p w:rsidR="001C3858" w:rsidRDefault="009A4BBE">
      <w:pPr>
        <w:pStyle w:val="ListeNumaras"/>
      </w:pPr>
      <w:r>
        <w:t>Belirtilen tarihte öğretmeninize teslim ediniz.</w:t>
      </w:r>
    </w:p>
    <w:p w:rsidR="001C3858" w:rsidRDefault="009A4BBE">
      <w:pPr>
        <w:pStyle w:val="Balk2"/>
        <w:jc w:val="center"/>
      </w:pPr>
      <w:r>
        <w:t>PUANLAMA ÖLÇÜTLERİ</w:t>
      </w:r>
    </w:p>
    <w:p w:rsidR="001C3858" w:rsidRDefault="009A4BBE">
      <w:r>
        <w:t>- Bilgi Doğruluğu ve Anlaşılabilirlik: 20 Puan</w:t>
      </w:r>
    </w:p>
    <w:p w:rsidR="001C3858" w:rsidRDefault="009A4BBE">
      <w:r>
        <w:t>- Görsel Kullanımı: 20 Puan</w:t>
      </w:r>
    </w:p>
    <w:p w:rsidR="001C3858" w:rsidRDefault="009A4BBE">
      <w:r>
        <w:t>- Koruma Yöntemlerinin Uygunluğu: 20 Puan</w:t>
      </w:r>
    </w:p>
    <w:p w:rsidR="001C3858" w:rsidRDefault="009A4BBE">
      <w:r>
        <w:t>- Düzen ve Estetik: 20 Puan</w:t>
      </w:r>
    </w:p>
    <w:p w:rsidR="001C3858" w:rsidRDefault="009A4BBE">
      <w:r>
        <w:t>- Zamanında Teslim: 20 Puan</w:t>
      </w:r>
    </w:p>
    <w:sectPr w:rsidR="001C3858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eNumara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eNumara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eMadde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eMadde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eNumara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eMadde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1C3858"/>
    <w:rsid w:val="0029639D"/>
    <w:rsid w:val="00326F90"/>
    <w:rsid w:val="009A4BBE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Trnak">
    <w:name w:val="Quote"/>
    <w:basedOn w:val="Normal"/>
    <w:next w:val="Normal"/>
    <w:link w:val="TrnakChar"/>
    <w:uiPriority w:val="29"/>
    <w:qFormat/>
    <w:rsid w:val="00FC693F"/>
    <w:rPr>
      <w:i/>
      <w:iCs/>
      <w:color w:val="000000" w:themeColor="text1"/>
    </w:rPr>
  </w:style>
  <w:style w:type="character" w:customStyle="1" w:styleId="TrnakChar">
    <w:name w:val="Tırnak Char"/>
    <w:basedOn w:val="VarsaylanParagrafYazTipi"/>
    <w:link w:val="Trnak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Trnak">
    <w:name w:val="Quote"/>
    <w:basedOn w:val="Normal"/>
    <w:next w:val="Normal"/>
    <w:link w:val="TrnakChar"/>
    <w:uiPriority w:val="29"/>
    <w:qFormat/>
    <w:rsid w:val="00FC693F"/>
    <w:rPr>
      <w:i/>
      <w:iCs/>
      <w:color w:val="000000" w:themeColor="text1"/>
    </w:rPr>
  </w:style>
  <w:style w:type="character" w:customStyle="1" w:styleId="TrnakChar">
    <w:name w:val="Tırnak Char"/>
    <w:basedOn w:val="VarsaylanParagrafYazTipi"/>
    <w:link w:val="Trnak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3B53F20-17E6-44EC-996B-E332E7EF6B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150</Words>
  <Characters>855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1003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emin_fen@hotmail.com</cp:lastModifiedBy>
  <cp:revision>3</cp:revision>
  <dcterms:created xsi:type="dcterms:W3CDTF">2013-12-23T23:15:00Z</dcterms:created>
  <dcterms:modified xsi:type="dcterms:W3CDTF">2025-04-20T09:11:00Z</dcterms:modified>
  <cp:category/>
</cp:coreProperties>
</file>