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0128" w:rsidRDefault="0000671D" w:rsidP="0000671D">
      <w:pPr>
        <w:pStyle w:val="Balk1"/>
        <w:jc w:val="center"/>
      </w:pPr>
      <w:r>
        <w:t xml:space="preserve">6 SINIF FEN BİLİMLERİ PROJE GÖREV YÖNERGESİ </w:t>
      </w:r>
      <w:bookmarkStart w:id="0" w:name="_GoBack"/>
      <w:bookmarkEnd w:id="0"/>
      <w:r>
        <w:t>EĞİTİM-ÖĞRETİM YILI: 20....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130128">
        <w:tc>
          <w:tcPr>
            <w:tcW w:w="4320" w:type="dxa"/>
          </w:tcPr>
          <w:p w:rsidR="00130128" w:rsidRDefault="0000671D">
            <w:r>
              <w:t>Adı Soyadı:</w:t>
            </w:r>
          </w:p>
        </w:tc>
        <w:tc>
          <w:tcPr>
            <w:tcW w:w="4320" w:type="dxa"/>
          </w:tcPr>
          <w:p w:rsidR="00130128" w:rsidRDefault="0000671D">
            <w:r>
              <w:t>Sınıf / Şube / No:</w:t>
            </w:r>
          </w:p>
        </w:tc>
      </w:tr>
      <w:tr w:rsidR="00130128">
        <w:tc>
          <w:tcPr>
            <w:tcW w:w="4320" w:type="dxa"/>
          </w:tcPr>
          <w:p w:rsidR="00130128" w:rsidRDefault="0000671D">
            <w:r>
              <w:t>Okulu:</w:t>
            </w:r>
          </w:p>
        </w:tc>
        <w:tc>
          <w:tcPr>
            <w:tcW w:w="4320" w:type="dxa"/>
          </w:tcPr>
          <w:p w:rsidR="00130128" w:rsidRDefault="00130128"/>
        </w:tc>
      </w:tr>
      <w:tr w:rsidR="00130128">
        <w:tc>
          <w:tcPr>
            <w:tcW w:w="4320" w:type="dxa"/>
          </w:tcPr>
          <w:p w:rsidR="00130128" w:rsidRDefault="0000671D">
            <w:r>
              <w:t>Veriliş Tarihi:</w:t>
            </w:r>
          </w:p>
        </w:tc>
        <w:tc>
          <w:tcPr>
            <w:tcW w:w="4320" w:type="dxa"/>
          </w:tcPr>
          <w:p w:rsidR="00130128" w:rsidRDefault="0000671D">
            <w:r>
              <w:t>Teslim Tarihi:</w:t>
            </w:r>
          </w:p>
        </w:tc>
      </w:tr>
      <w:tr w:rsidR="00130128">
        <w:tc>
          <w:tcPr>
            <w:tcW w:w="8640" w:type="dxa"/>
            <w:gridSpan w:val="2"/>
          </w:tcPr>
          <w:p w:rsidR="00130128" w:rsidRDefault="0000671D">
            <w:r>
              <w:t>Öğrenme Alanı / Ünite: ELEKTRİĞİN İLETİMİ</w:t>
            </w:r>
            <w:r>
              <w:br/>
              <w:t xml:space="preserve">Konu: Evde ve Okulda Elektrik Kullanımında Güvenlik </w:t>
            </w:r>
            <w:r>
              <w:t>Önlemleri</w:t>
            </w:r>
          </w:p>
        </w:tc>
      </w:tr>
    </w:tbl>
    <w:p w:rsidR="00130128" w:rsidRDefault="00130128"/>
    <w:p w:rsidR="00130128" w:rsidRDefault="0000671D">
      <w:pPr>
        <w:pStyle w:val="Balk2"/>
        <w:jc w:val="center"/>
      </w:pPr>
      <w:r>
        <w:t>PROJE KONUSU AÇIKLAMASI</w:t>
      </w:r>
    </w:p>
    <w:p w:rsidR="00130128" w:rsidRDefault="0000671D">
      <w:r>
        <w:t>Elektriğin güvenli kullanımı hakkında bilgilendirici bir afiş hazırlayınız. Afişinizde elektrik çarpmasına karşı alınabilecek önlemler ve dikkat edilmesi gereken durumları açıklayınız.</w:t>
      </w:r>
    </w:p>
    <w:p w:rsidR="00130128" w:rsidRDefault="0000671D">
      <w:pPr>
        <w:pStyle w:val="Balk2"/>
        <w:jc w:val="center"/>
      </w:pPr>
      <w:r>
        <w:t>PROJE YÖNERGESİ</w:t>
      </w:r>
    </w:p>
    <w:p w:rsidR="00130128" w:rsidRDefault="0000671D">
      <w:pPr>
        <w:pStyle w:val="ListeNumaras"/>
      </w:pPr>
      <w:r>
        <w:t>Elektrik çarpması v</w:t>
      </w:r>
      <w:r>
        <w:t>e güvenlik önlemleri hakkında bilgi edininiz.</w:t>
      </w:r>
    </w:p>
    <w:p w:rsidR="00130128" w:rsidRDefault="0000671D">
      <w:pPr>
        <w:pStyle w:val="ListeNumaras"/>
      </w:pPr>
      <w:r>
        <w:t>Afişte kullanacağınız başlık, alt başlık ve görselleri belirleyiniz.</w:t>
      </w:r>
    </w:p>
    <w:p w:rsidR="00130128" w:rsidRDefault="0000671D">
      <w:pPr>
        <w:pStyle w:val="ListeNumaras"/>
      </w:pPr>
      <w:r>
        <w:t>En az 5 farklı güvenlik kuralı yazınız.</w:t>
      </w:r>
    </w:p>
    <w:p w:rsidR="00130128" w:rsidRDefault="0000671D">
      <w:pPr>
        <w:pStyle w:val="ListeNumaras"/>
      </w:pPr>
      <w:r>
        <w:t>Görsel destekli, renkli ve dikkat çekici bir afiş hazırlayınız.</w:t>
      </w:r>
    </w:p>
    <w:p w:rsidR="00130128" w:rsidRDefault="0000671D">
      <w:pPr>
        <w:pStyle w:val="ListeNumaras"/>
      </w:pPr>
      <w:r>
        <w:t xml:space="preserve">Her önlemi kısa ve anlaşılır şekilde </w:t>
      </w:r>
      <w:r>
        <w:t>açıklayınız.</w:t>
      </w:r>
    </w:p>
    <w:p w:rsidR="00130128" w:rsidRDefault="0000671D">
      <w:pPr>
        <w:pStyle w:val="ListeNumaras"/>
      </w:pPr>
      <w:r>
        <w:t>Afişiniz sınıfta sunuma uygun şekilde hazırlanmalıdır.</w:t>
      </w:r>
    </w:p>
    <w:p w:rsidR="00130128" w:rsidRDefault="0000671D">
      <w:pPr>
        <w:pStyle w:val="ListeNumaras"/>
      </w:pPr>
      <w:r>
        <w:t>Belirtilen tarihte öğretmeninize teslim ediniz.</w:t>
      </w:r>
    </w:p>
    <w:p w:rsidR="00130128" w:rsidRDefault="0000671D">
      <w:pPr>
        <w:pStyle w:val="Balk2"/>
        <w:jc w:val="center"/>
      </w:pPr>
      <w:r>
        <w:t>PUANLAMA ÖLÇÜTLERİ</w:t>
      </w:r>
    </w:p>
    <w:p w:rsidR="00130128" w:rsidRDefault="0000671D">
      <w:r>
        <w:t>- Bilgi Doğruluğu ve Uygunluğu: 20 Puan</w:t>
      </w:r>
    </w:p>
    <w:p w:rsidR="00130128" w:rsidRDefault="0000671D">
      <w:r>
        <w:t>- Önlemlerin Açıklayıcılığı: 20 Puan</w:t>
      </w:r>
    </w:p>
    <w:p w:rsidR="00130128" w:rsidRDefault="0000671D">
      <w:r>
        <w:t>- Görsellik ve Düzen: 20 Puan</w:t>
      </w:r>
    </w:p>
    <w:p w:rsidR="00130128" w:rsidRDefault="0000671D">
      <w:r>
        <w:t>- Eğitici Mesa</w:t>
      </w:r>
      <w:r>
        <w:t>j ve Sloganlar: 20 Puan</w:t>
      </w:r>
    </w:p>
    <w:p w:rsidR="00130128" w:rsidRDefault="0000671D">
      <w:r>
        <w:t>- Zamanında Teslim: 20 Puan</w:t>
      </w:r>
    </w:p>
    <w:sectPr w:rsidR="00130128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0671D"/>
    <w:rsid w:val="00034616"/>
    <w:rsid w:val="0006063C"/>
    <w:rsid w:val="00130128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CDE5414-F75D-4545-AD02-B99BB7E01D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1066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2025-04-20T09:07:00Z</dcterms:modified>
  <cp:category/>
</cp:coreProperties>
</file>