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8E8" w:rsidRDefault="00C4395E" w:rsidP="00C4395E">
      <w:pPr>
        <w:pStyle w:val="Balk1"/>
        <w:jc w:val="center"/>
      </w:pPr>
      <w:r>
        <w:t xml:space="preserve">6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D538E8">
        <w:tc>
          <w:tcPr>
            <w:tcW w:w="4320" w:type="dxa"/>
          </w:tcPr>
          <w:p w:rsidR="00D538E8" w:rsidRDefault="00C4395E">
            <w:r>
              <w:t>Adı Soyadı:</w:t>
            </w:r>
          </w:p>
        </w:tc>
        <w:tc>
          <w:tcPr>
            <w:tcW w:w="4320" w:type="dxa"/>
          </w:tcPr>
          <w:p w:rsidR="00D538E8" w:rsidRDefault="00C4395E">
            <w:r>
              <w:t>Sınıf / Şube / No:</w:t>
            </w:r>
          </w:p>
        </w:tc>
      </w:tr>
      <w:tr w:rsidR="00D538E8">
        <w:tc>
          <w:tcPr>
            <w:tcW w:w="4320" w:type="dxa"/>
          </w:tcPr>
          <w:p w:rsidR="00D538E8" w:rsidRDefault="00C4395E">
            <w:r>
              <w:t>Okulu:</w:t>
            </w:r>
          </w:p>
        </w:tc>
        <w:tc>
          <w:tcPr>
            <w:tcW w:w="4320" w:type="dxa"/>
          </w:tcPr>
          <w:p w:rsidR="00D538E8" w:rsidRDefault="00D538E8"/>
        </w:tc>
      </w:tr>
      <w:tr w:rsidR="00D538E8">
        <w:tc>
          <w:tcPr>
            <w:tcW w:w="4320" w:type="dxa"/>
          </w:tcPr>
          <w:p w:rsidR="00D538E8" w:rsidRDefault="00C4395E">
            <w:r>
              <w:t>Veriliş Tarihi:</w:t>
            </w:r>
          </w:p>
        </w:tc>
        <w:tc>
          <w:tcPr>
            <w:tcW w:w="4320" w:type="dxa"/>
          </w:tcPr>
          <w:p w:rsidR="00D538E8" w:rsidRDefault="00C4395E">
            <w:r>
              <w:t>Teslim Tarihi:</w:t>
            </w:r>
          </w:p>
        </w:tc>
      </w:tr>
      <w:tr w:rsidR="00D538E8">
        <w:tc>
          <w:tcPr>
            <w:tcW w:w="8640" w:type="dxa"/>
            <w:gridSpan w:val="2"/>
          </w:tcPr>
          <w:p w:rsidR="00D538E8" w:rsidRDefault="00C4395E">
            <w:r>
              <w:t>Öğrenme Alanı / Ünite: ELEKTRİĞİN İLETİMİ</w:t>
            </w:r>
            <w:r>
              <w:br/>
              <w:t>Konu: Maddelerin Elektrik İletkenliği Deneyi</w:t>
            </w:r>
          </w:p>
        </w:tc>
      </w:tr>
    </w:tbl>
    <w:p w:rsidR="00D538E8" w:rsidRDefault="00D538E8"/>
    <w:p w:rsidR="00D538E8" w:rsidRDefault="00C4395E">
      <w:pPr>
        <w:pStyle w:val="Balk2"/>
        <w:jc w:val="center"/>
      </w:pPr>
      <w:r>
        <w:t>PROJE KONUSU</w:t>
      </w:r>
      <w:r>
        <w:t xml:space="preserve"> AÇIKLAMASI</w:t>
      </w:r>
    </w:p>
    <w:p w:rsidR="00D538E8" w:rsidRDefault="00C4395E">
      <w:r>
        <w:t>Çeşitli maddelerin elektrik iletkenliğini test etmek için basit bir devre kurunuz. Metaller, plastikler, tahta gibi farklı maddeleri devreye bağlayarak hangilerinin elektriği ilettiğini gözlemleyiniz.</w:t>
      </w:r>
    </w:p>
    <w:p w:rsidR="00D538E8" w:rsidRDefault="00C4395E">
      <w:pPr>
        <w:pStyle w:val="Balk2"/>
        <w:jc w:val="center"/>
      </w:pPr>
      <w:r>
        <w:t>PROJE YÖNERGESİ</w:t>
      </w:r>
    </w:p>
    <w:p w:rsidR="00D538E8" w:rsidRDefault="00C4395E">
      <w:pPr>
        <w:pStyle w:val="ListeNumaras"/>
      </w:pPr>
      <w:r>
        <w:t>Elektrik iletkenliği hakkın</w:t>
      </w:r>
      <w:r>
        <w:t>da bilgi edininiz.</w:t>
      </w:r>
    </w:p>
    <w:p w:rsidR="00D538E8" w:rsidRDefault="00C4395E">
      <w:pPr>
        <w:pStyle w:val="ListeNumaras"/>
      </w:pPr>
      <w:r>
        <w:t>Basit bir devre kurmak için ampul, pil ve bağlantı kablosu temin ediniz.</w:t>
      </w:r>
    </w:p>
    <w:p w:rsidR="00D538E8" w:rsidRDefault="00C4395E">
      <w:pPr>
        <w:pStyle w:val="ListeNumaras"/>
      </w:pPr>
      <w:r>
        <w:t>Devreye farklı maddeleri bağlayarak ampulün yanıp yanmadığını gözlemleyiniz.</w:t>
      </w:r>
    </w:p>
    <w:p w:rsidR="00D538E8" w:rsidRDefault="00C4395E">
      <w:pPr>
        <w:pStyle w:val="ListeNumaras"/>
      </w:pPr>
      <w:r>
        <w:t>Elektriği ileten ve iletmeyen maddeleri listeleyiniz.</w:t>
      </w:r>
    </w:p>
    <w:p w:rsidR="00D538E8" w:rsidRDefault="00C4395E">
      <w:pPr>
        <w:pStyle w:val="ListeNumaras"/>
      </w:pPr>
      <w:r>
        <w:t xml:space="preserve">Gözlemlerinizi tablo halinde </w:t>
      </w:r>
      <w:r>
        <w:t>yazınız.</w:t>
      </w:r>
    </w:p>
    <w:p w:rsidR="00D538E8" w:rsidRDefault="00C4395E">
      <w:pPr>
        <w:pStyle w:val="ListeNumaras"/>
      </w:pPr>
      <w:r>
        <w:t>Çalışmanızla ilgili kısa bir rapor hazırlayınız.</w:t>
      </w:r>
    </w:p>
    <w:p w:rsidR="00D538E8" w:rsidRDefault="00C4395E">
      <w:pPr>
        <w:pStyle w:val="ListeNumaras"/>
      </w:pPr>
      <w:r>
        <w:t>Deneyinizi belirtilen tarihte öğretmeninize teslim ediniz.</w:t>
      </w:r>
    </w:p>
    <w:p w:rsidR="00D538E8" w:rsidRDefault="00C4395E">
      <w:pPr>
        <w:pStyle w:val="Balk2"/>
        <w:jc w:val="center"/>
      </w:pPr>
      <w:r>
        <w:t>PUANLAMA ÖLÇÜTLERİ</w:t>
      </w:r>
    </w:p>
    <w:p w:rsidR="00D538E8" w:rsidRDefault="00C4395E">
      <w:r>
        <w:t>- Devre Kurulumu ve Güvenlik: 20 Puan</w:t>
      </w:r>
    </w:p>
    <w:p w:rsidR="00D538E8" w:rsidRDefault="00C4395E">
      <w:r>
        <w:t>- Malzeme Seçimi ve Gözlem: 20 Puan</w:t>
      </w:r>
    </w:p>
    <w:p w:rsidR="00D538E8" w:rsidRDefault="00C4395E">
      <w:r>
        <w:t>- Tablo ve Raporlama: 20 Puan</w:t>
      </w:r>
    </w:p>
    <w:p w:rsidR="00D538E8" w:rsidRDefault="00C4395E">
      <w:r>
        <w:t>- Bilimsel Doğru</w:t>
      </w:r>
      <w:r>
        <w:t>luk: 20 Puan</w:t>
      </w:r>
    </w:p>
    <w:p w:rsidR="00D538E8" w:rsidRDefault="00C4395E">
      <w:r>
        <w:t>- Zamanında Teslim: 20 Puan</w:t>
      </w:r>
    </w:p>
    <w:sectPr w:rsidR="00D538E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4395E"/>
    <w:rsid w:val="00CB0664"/>
    <w:rsid w:val="00D538E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DDDCEEB-4E60-4F37-8AA6-84037E749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1058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2025-04-20T09:07:00Z</dcterms:modified>
  <cp:category/>
</cp:coreProperties>
</file>