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109" w:rsidRDefault="00DC3D94" w:rsidP="00DC3D94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41109">
        <w:tc>
          <w:tcPr>
            <w:tcW w:w="4320" w:type="dxa"/>
          </w:tcPr>
          <w:p w:rsidR="00E41109" w:rsidRDefault="00DC3D94">
            <w:r>
              <w:t>Adı Soyadı:</w:t>
            </w:r>
          </w:p>
        </w:tc>
        <w:tc>
          <w:tcPr>
            <w:tcW w:w="4320" w:type="dxa"/>
          </w:tcPr>
          <w:p w:rsidR="00E41109" w:rsidRDefault="00DC3D94">
            <w:r>
              <w:t>Sınıf / Şube / No:</w:t>
            </w:r>
          </w:p>
        </w:tc>
      </w:tr>
      <w:tr w:rsidR="00E41109">
        <w:tc>
          <w:tcPr>
            <w:tcW w:w="4320" w:type="dxa"/>
          </w:tcPr>
          <w:p w:rsidR="00E41109" w:rsidRDefault="00DC3D94">
            <w:r>
              <w:t>Okulu:</w:t>
            </w:r>
          </w:p>
        </w:tc>
        <w:tc>
          <w:tcPr>
            <w:tcW w:w="4320" w:type="dxa"/>
          </w:tcPr>
          <w:p w:rsidR="00E41109" w:rsidRDefault="00E41109"/>
        </w:tc>
      </w:tr>
      <w:tr w:rsidR="00E41109">
        <w:tc>
          <w:tcPr>
            <w:tcW w:w="4320" w:type="dxa"/>
          </w:tcPr>
          <w:p w:rsidR="00E41109" w:rsidRDefault="00DC3D94">
            <w:r>
              <w:t>Veriliş Tarihi:</w:t>
            </w:r>
          </w:p>
        </w:tc>
        <w:tc>
          <w:tcPr>
            <w:tcW w:w="4320" w:type="dxa"/>
          </w:tcPr>
          <w:p w:rsidR="00E41109" w:rsidRDefault="00DC3D94">
            <w:r>
              <w:t>Teslim Tarihi:</w:t>
            </w:r>
          </w:p>
        </w:tc>
      </w:tr>
      <w:tr w:rsidR="00E41109">
        <w:tc>
          <w:tcPr>
            <w:tcW w:w="8640" w:type="dxa"/>
            <w:gridSpan w:val="2"/>
          </w:tcPr>
          <w:p w:rsidR="00E41109" w:rsidRDefault="00DC3D94">
            <w:r>
              <w:t>Öğrenme Alanı / Ünite: GÜNEŞ SİSTEMİ VE TUTULMALAR</w:t>
            </w:r>
            <w:r>
              <w:br/>
              <w:t xml:space="preserve">Konu: Tutulma Olaylarını Gösteren Açıklamalı </w:t>
            </w:r>
            <w:r>
              <w:t>Poster Hazırlama</w:t>
            </w:r>
          </w:p>
        </w:tc>
      </w:tr>
    </w:tbl>
    <w:p w:rsidR="00E41109" w:rsidRDefault="00E41109"/>
    <w:p w:rsidR="00E41109" w:rsidRDefault="00DC3D94">
      <w:pPr>
        <w:pStyle w:val="Balk2"/>
        <w:jc w:val="center"/>
      </w:pPr>
      <w:r>
        <w:t>PROJE KONUSU AÇIKLAMASI</w:t>
      </w:r>
    </w:p>
    <w:p w:rsidR="00E41109" w:rsidRDefault="00DC3D94">
      <w:r>
        <w:t>Güneş tutulması ve Ay tutulmasını karşılaştırmalı şekilde anlatan bir afiş hazırlayınız. Her iki tutulma türünün oluşumunu çizim veya görsellerle gösteriniz ve açıklamalarını kısa ve net şekilde yazınız.</w:t>
      </w:r>
    </w:p>
    <w:p w:rsidR="00E41109" w:rsidRDefault="00DC3D94">
      <w:pPr>
        <w:pStyle w:val="Balk2"/>
        <w:jc w:val="center"/>
      </w:pPr>
      <w:r>
        <w:t>PROJE YÖN</w:t>
      </w:r>
      <w:r>
        <w:t>ERGESİ</w:t>
      </w:r>
    </w:p>
    <w:p w:rsidR="00E41109" w:rsidRDefault="00DC3D94">
      <w:pPr>
        <w:pStyle w:val="ListeNumaras"/>
      </w:pPr>
      <w:r>
        <w:t>Güneş ve Ay tutulmasının nasıl gerçekleştiğini araştırınız.</w:t>
      </w:r>
    </w:p>
    <w:p w:rsidR="00E41109" w:rsidRDefault="00DC3D94">
      <w:pPr>
        <w:pStyle w:val="ListeNumaras"/>
      </w:pPr>
      <w:r>
        <w:t>Her tutulma türü için birer şema veya çizim hazırlayınız.</w:t>
      </w:r>
    </w:p>
    <w:p w:rsidR="00E41109" w:rsidRDefault="00DC3D94">
      <w:pPr>
        <w:pStyle w:val="ListeNumaras"/>
      </w:pPr>
      <w:r>
        <w:t>Tutulma sırasında Güneş, Dünya ve Ay’ın konumlarını doğru şekilde belirtiniz.</w:t>
      </w:r>
    </w:p>
    <w:p w:rsidR="00E41109" w:rsidRDefault="00DC3D94">
      <w:pPr>
        <w:pStyle w:val="ListeNumaras"/>
      </w:pPr>
      <w:r>
        <w:t>Görsellerin altına açıklayıcı yazılar ekleyiniz.</w:t>
      </w:r>
    </w:p>
    <w:p w:rsidR="00E41109" w:rsidRDefault="00DC3D94">
      <w:pPr>
        <w:pStyle w:val="ListeNumaras"/>
      </w:pPr>
      <w:r>
        <w:t>Afişinizi renkli, düzenli ve öğretici şekilde tasarlayınız.</w:t>
      </w:r>
    </w:p>
    <w:p w:rsidR="00E41109" w:rsidRDefault="00DC3D94">
      <w:pPr>
        <w:pStyle w:val="ListeNumaras"/>
      </w:pPr>
      <w:r>
        <w:t>Afişte kavram karışıklığı olmamasına dikkat ediniz.</w:t>
      </w:r>
    </w:p>
    <w:p w:rsidR="00E41109" w:rsidRDefault="00DC3D94">
      <w:pPr>
        <w:pStyle w:val="ListeNumaras"/>
      </w:pPr>
      <w:r>
        <w:t>Hazırladığınız afişi belirtilen tarihte teslim ediniz.</w:t>
      </w:r>
    </w:p>
    <w:p w:rsidR="00E41109" w:rsidRDefault="00DC3D94">
      <w:pPr>
        <w:pStyle w:val="Balk2"/>
        <w:jc w:val="center"/>
      </w:pPr>
      <w:r>
        <w:t>PUANLAMA ÖLÇÜTLERİ</w:t>
      </w:r>
    </w:p>
    <w:p w:rsidR="00E41109" w:rsidRDefault="00DC3D94">
      <w:r>
        <w:t>- Bilimsel Doğruluk ve Açıklamalar: 20 Puan</w:t>
      </w:r>
    </w:p>
    <w:p w:rsidR="00E41109" w:rsidRDefault="00DC3D94">
      <w:r>
        <w:t>- Çizim ve Görsel Anlatım:</w:t>
      </w:r>
      <w:r>
        <w:t xml:space="preserve"> 20 Puan</w:t>
      </w:r>
    </w:p>
    <w:p w:rsidR="00E41109" w:rsidRDefault="00DC3D94">
      <w:r>
        <w:t>- Düzen ve Estetik: 20 Puan</w:t>
      </w:r>
    </w:p>
    <w:p w:rsidR="00E41109" w:rsidRDefault="00DC3D94">
      <w:r>
        <w:t>- Karşılaştırmalı Sunum Becerisi: 20 Puan</w:t>
      </w:r>
    </w:p>
    <w:p w:rsidR="00E41109" w:rsidRDefault="00DC3D94">
      <w:r>
        <w:t>- Zamanında Teslim: 20 Puan</w:t>
      </w:r>
    </w:p>
    <w:sectPr w:rsidR="00E4110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C3D94"/>
    <w:rsid w:val="00E4110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2D7512E-C6E7-4246-B31C-550EA9099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2025-04-19T19:35:00Z</dcterms:modified>
  <cp:category/>
</cp:coreProperties>
</file>