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A23" w:rsidRDefault="00EE04A1" w:rsidP="00EE04A1">
      <w:pPr>
        <w:pStyle w:val="Balk1"/>
        <w:jc w:val="center"/>
      </w:pPr>
      <w:proofErr w:type="gramStart"/>
      <w:r>
        <w:t xml:space="preserve">6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12A23">
        <w:tc>
          <w:tcPr>
            <w:tcW w:w="4320" w:type="dxa"/>
          </w:tcPr>
          <w:p w:rsidR="00112A23" w:rsidRDefault="00EE04A1">
            <w:r>
              <w:t>Adı Soyadı:</w:t>
            </w:r>
          </w:p>
        </w:tc>
        <w:tc>
          <w:tcPr>
            <w:tcW w:w="4320" w:type="dxa"/>
          </w:tcPr>
          <w:p w:rsidR="00112A23" w:rsidRDefault="00EE04A1">
            <w:r>
              <w:t>Sınıf / Şube / No:</w:t>
            </w:r>
          </w:p>
        </w:tc>
      </w:tr>
      <w:tr w:rsidR="00112A23">
        <w:tc>
          <w:tcPr>
            <w:tcW w:w="4320" w:type="dxa"/>
          </w:tcPr>
          <w:p w:rsidR="00112A23" w:rsidRDefault="00EE04A1">
            <w:r>
              <w:t>Okulu:</w:t>
            </w:r>
          </w:p>
        </w:tc>
        <w:tc>
          <w:tcPr>
            <w:tcW w:w="4320" w:type="dxa"/>
          </w:tcPr>
          <w:p w:rsidR="00112A23" w:rsidRDefault="00112A23"/>
        </w:tc>
      </w:tr>
      <w:tr w:rsidR="00112A23">
        <w:tc>
          <w:tcPr>
            <w:tcW w:w="4320" w:type="dxa"/>
          </w:tcPr>
          <w:p w:rsidR="00112A23" w:rsidRDefault="00EE04A1">
            <w:r>
              <w:t>Veriliş Tarihi:</w:t>
            </w:r>
          </w:p>
        </w:tc>
        <w:tc>
          <w:tcPr>
            <w:tcW w:w="4320" w:type="dxa"/>
          </w:tcPr>
          <w:p w:rsidR="00112A23" w:rsidRDefault="00EE04A1">
            <w:r>
              <w:t>Teslim Tarihi:</w:t>
            </w:r>
          </w:p>
        </w:tc>
      </w:tr>
      <w:tr w:rsidR="00112A23">
        <w:tc>
          <w:tcPr>
            <w:tcW w:w="8640" w:type="dxa"/>
            <w:gridSpan w:val="2"/>
          </w:tcPr>
          <w:p w:rsidR="00112A23" w:rsidRDefault="00EE04A1">
            <w:r>
              <w:t>Öğrenme Alanı / Ünite: GÜNEŞ SİSTEMİ VE TUTULMALAR</w:t>
            </w:r>
            <w:r>
              <w:br/>
              <w:t>Konu: Güneş Sistemi’nin Modelini Hazırlama</w:t>
            </w:r>
          </w:p>
        </w:tc>
      </w:tr>
    </w:tbl>
    <w:p w:rsidR="00112A23" w:rsidRDefault="00112A23"/>
    <w:p w:rsidR="00112A23" w:rsidRDefault="00EE04A1">
      <w:pPr>
        <w:pStyle w:val="Balk2"/>
        <w:jc w:val="center"/>
      </w:pPr>
      <w:r>
        <w:t>PROJE</w:t>
      </w:r>
      <w:r>
        <w:t xml:space="preserve"> KONUSU AÇIKLAMASI</w:t>
      </w:r>
    </w:p>
    <w:p w:rsidR="00112A23" w:rsidRDefault="00EE04A1">
      <w:r>
        <w:t>Güneş Sistemi’nde yer alan gezegenlerin sırasını ve yapısını gösterecek şekilde bir model oluşturunuz. Modelde Güneş, 8 gezegen ve gezegenlerin Güneş’e olan uzaklıkları doğru bir şekilde gösterilmelidir.</w:t>
      </w:r>
    </w:p>
    <w:p w:rsidR="00112A23" w:rsidRDefault="00EE04A1">
      <w:pPr>
        <w:pStyle w:val="Balk2"/>
        <w:jc w:val="center"/>
      </w:pPr>
      <w:r>
        <w:t>PROJE YÖNERGESİ</w:t>
      </w:r>
    </w:p>
    <w:p w:rsidR="00112A23" w:rsidRDefault="00EE04A1">
      <w:pPr>
        <w:pStyle w:val="ListeNumaras"/>
      </w:pPr>
      <w:r>
        <w:t>Güneş Sistemi hak</w:t>
      </w:r>
      <w:r>
        <w:t>kında detaylı araştırma yapınız.</w:t>
      </w:r>
    </w:p>
    <w:p w:rsidR="00112A23" w:rsidRDefault="00EE04A1">
      <w:pPr>
        <w:pStyle w:val="ListeNumaras"/>
      </w:pPr>
      <w:r>
        <w:t>Gezegenlerin büyüklük sırasını ve Güneş’e olan uzaklıklarını öğreniniz.</w:t>
      </w:r>
    </w:p>
    <w:p w:rsidR="00112A23" w:rsidRDefault="00EE04A1">
      <w:pPr>
        <w:pStyle w:val="ListeNumaras"/>
      </w:pPr>
      <w:r>
        <w:t>Gerekli malzemeleri temin ederek Güneş Sistemi’nin bir modelini hazırlayınız.</w:t>
      </w:r>
    </w:p>
    <w:p w:rsidR="00112A23" w:rsidRDefault="00EE04A1">
      <w:pPr>
        <w:pStyle w:val="ListeNumaras"/>
      </w:pPr>
      <w:r>
        <w:t>Her gezegenin ismini belirgin şekilde ekleyiniz.</w:t>
      </w:r>
    </w:p>
    <w:p w:rsidR="00112A23" w:rsidRDefault="00EE04A1">
      <w:pPr>
        <w:pStyle w:val="ListeNumaras"/>
      </w:pPr>
      <w:r>
        <w:t xml:space="preserve">Modelinizi estetik ve </w:t>
      </w:r>
      <w:r>
        <w:t>öğretici olacak şekilde tasarlayınız.</w:t>
      </w:r>
    </w:p>
    <w:p w:rsidR="00112A23" w:rsidRDefault="00EE04A1">
      <w:pPr>
        <w:pStyle w:val="ListeNumaras"/>
      </w:pPr>
      <w:r>
        <w:t>Hazırladığınız çalışmayı sınıfta sözlü olarak sunmaya hazır olunuz.</w:t>
      </w:r>
    </w:p>
    <w:p w:rsidR="00112A23" w:rsidRDefault="00EE04A1">
      <w:pPr>
        <w:pStyle w:val="ListeNumaras"/>
      </w:pPr>
      <w:r>
        <w:t>Belirtilen tarihte öğretmeninize teslim ediniz.</w:t>
      </w:r>
    </w:p>
    <w:p w:rsidR="00112A23" w:rsidRDefault="00EE04A1">
      <w:pPr>
        <w:pStyle w:val="Balk2"/>
        <w:jc w:val="center"/>
      </w:pPr>
      <w:r>
        <w:t>PUANLAMA ÖLÇÜTLERİ</w:t>
      </w:r>
    </w:p>
    <w:p w:rsidR="00112A23" w:rsidRDefault="00EE04A1">
      <w:r>
        <w:t>- Bilimsel Doğruluk ve Sıralama: 20 Puan</w:t>
      </w:r>
    </w:p>
    <w:p w:rsidR="00112A23" w:rsidRDefault="00EE04A1">
      <w:r>
        <w:t>- Malzeme Kullanımı ve Görsellik: 20 Puan</w:t>
      </w:r>
    </w:p>
    <w:p w:rsidR="00112A23" w:rsidRDefault="00EE04A1">
      <w:r>
        <w:t>- Etiketleme ve Açıklamalar: 20 Puan</w:t>
      </w:r>
    </w:p>
    <w:p w:rsidR="00112A23" w:rsidRDefault="00EE04A1">
      <w:r>
        <w:t>- Sunum Becerisi: 20 Puan</w:t>
      </w:r>
    </w:p>
    <w:p w:rsidR="00112A23" w:rsidRDefault="00EE04A1">
      <w:r>
        <w:t>- Zamanında Teslim: 20 Puan</w:t>
      </w:r>
    </w:p>
    <w:sectPr w:rsidR="00112A2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12A23"/>
    <w:rsid w:val="0015074B"/>
    <w:rsid w:val="0029639D"/>
    <w:rsid w:val="00326F90"/>
    <w:rsid w:val="00AA1D8D"/>
    <w:rsid w:val="00B47730"/>
    <w:rsid w:val="00CB0664"/>
    <w:rsid w:val="00EE04A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04226BB-626D-4899-9894-02519AFAB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1110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2025-04-19T19:35:00Z</dcterms:modified>
  <cp:category/>
</cp:coreProperties>
</file>