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002" w:rsidRDefault="001C781F" w:rsidP="001C781F">
      <w:pPr>
        <w:pStyle w:val="Balk1"/>
        <w:jc w:val="center"/>
      </w:pPr>
      <w:proofErr w:type="gramStart"/>
      <w:r>
        <w:t xml:space="preserve">6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F01002">
        <w:tc>
          <w:tcPr>
            <w:tcW w:w="4320" w:type="dxa"/>
          </w:tcPr>
          <w:p w:rsidR="00F01002" w:rsidRDefault="001C781F">
            <w:r>
              <w:t>Adı Soyadı:</w:t>
            </w:r>
          </w:p>
        </w:tc>
        <w:tc>
          <w:tcPr>
            <w:tcW w:w="4320" w:type="dxa"/>
          </w:tcPr>
          <w:p w:rsidR="00F01002" w:rsidRDefault="001C781F">
            <w:r>
              <w:t>Sınıf / Şube / No:</w:t>
            </w:r>
          </w:p>
        </w:tc>
      </w:tr>
      <w:tr w:rsidR="00F01002">
        <w:tc>
          <w:tcPr>
            <w:tcW w:w="4320" w:type="dxa"/>
          </w:tcPr>
          <w:p w:rsidR="00F01002" w:rsidRDefault="001C781F">
            <w:r>
              <w:t>Okulu:</w:t>
            </w:r>
          </w:p>
        </w:tc>
        <w:tc>
          <w:tcPr>
            <w:tcW w:w="4320" w:type="dxa"/>
          </w:tcPr>
          <w:p w:rsidR="00F01002" w:rsidRDefault="00F01002"/>
        </w:tc>
      </w:tr>
      <w:tr w:rsidR="00F01002">
        <w:tc>
          <w:tcPr>
            <w:tcW w:w="4320" w:type="dxa"/>
          </w:tcPr>
          <w:p w:rsidR="00F01002" w:rsidRDefault="001C781F">
            <w:r>
              <w:t>Veriliş Tarihi:</w:t>
            </w:r>
          </w:p>
        </w:tc>
        <w:tc>
          <w:tcPr>
            <w:tcW w:w="4320" w:type="dxa"/>
          </w:tcPr>
          <w:p w:rsidR="00F01002" w:rsidRDefault="001C781F">
            <w:r>
              <w:t>Teslim Tarihi:</w:t>
            </w:r>
          </w:p>
        </w:tc>
      </w:tr>
      <w:tr w:rsidR="00F01002">
        <w:tc>
          <w:tcPr>
            <w:tcW w:w="8640" w:type="dxa"/>
            <w:gridSpan w:val="2"/>
          </w:tcPr>
          <w:p w:rsidR="00F01002" w:rsidRDefault="001C781F">
            <w:r>
              <w:t>Öğrenme Alanı / Ünite: SES VE ÖZELLİKLERİ</w:t>
            </w:r>
            <w:r>
              <w:br/>
              <w:t>Konu: Gürültü Kirliliği ve Alınabilecek Önlemler</w:t>
            </w:r>
          </w:p>
        </w:tc>
      </w:tr>
    </w:tbl>
    <w:p w:rsidR="00F01002" w:rsidRDefault="00F01002"/>
    <w:p w:rsidR="00F01002" w:rsidRDefault="001C781F">
      <w:pPr>
        <w:pStyle w:val="Balk2"/>
        <w:jc w:val="center"/>
      </w:pPr>
      <w:r>
        <w:t xml:space="preserve">PROJE </w:t>
      </w:r>
      <w:r>
        <w:t>KONUSU AÇIKLAMASI</w:t>
      </w:r>
    </w:p>
    <w:p w:rsidR="00F01002" w:rsidRDefault="001C781F">
      <w:r>
        <w:t>Gürültü kirliliğinin insan sağlığı üzerindeki etkilerini ve alınabilecek önlemleri anlatan bir afiş hazırlayınız. Afişinizde görseller, açıklamalar ve etkili sloganlar yer almalıdır.</w:t>
      </w:r>
    </w:p>
    <w:p w:rsidR="00F01002" w:rsidRDefault="001C781F">
      <w:pPr>
        <w:pStyle w:val="Balk2"/>
        <w:jc w:val="center"/>
      </w:pPr>
      <w:r>
        <w:t>PROJE YÖNERGESİ</w:t>
      </w:r>
    </w:p>
    <w:p w:rsidR="00F01002" w:rsidRDefault="001C781F">
      <w:pPr>
        <w:pStyle w:val="ListeNumaras"/>
      </w:pPr>
      <w:r>
        <w:t>Gürültü kirliliği hakkında bilgi toplay</w:t>
      </w:r>
      <w:r>
        <w:t>ınız.</w:t>
      </w:r>
    </w:p>
    <w:p w:rsidR="00F01002" w:rsidRDefault="001C781F">
      <w:pPr>
        <w:pStyle w:val="ListeNumaras"/>
      </w:pPr>
      <w:r>
        <w:t>Gürültünün insan sağlığı üzerindeki etkilerini araştırınız.</w:t>
      </w:r>
    </w:p>
    <w:p w:rsidR="00F01002" w:rsidRDefault="001C781F">
      <w:pPr>
        <w:pStyle w:val="ListeNumaras"/>
      </w:pPr>
      <w:r>
        <w:t>Afişte yer alacak başlık, alt başlık ve görselleri planlayınız.</w:t>
      </w:r>
    </w:p>
    <w:p w:rsidR="00F01002" w:rsidRDefault="001C781F">
      <w:pPr>
        <w:pStyle w:val="ListeNumaras"/>
      </w:pPr>
      <w:r>
        <w:t>Gürültü kirliliğine karşı alınabilecek en az 5 önlemi yazınız.</w:t>
      </w:r>
    </w:p>
    <w:p w:rsidR="00F01002" w:rsidRDefault="001C781F">
      <w:pPr>
        <w:pStyle w:val="ListeNumaras"/>
      </w:pPr>
      <w:r>
        <w:t>Afişiniz renkli, dikkat çekici ve düzenli olmalıdır.</w:t>
      </w:r>
    </w:p>
    <w:p w:rsidR="00F01002" w:rsidRDefault="001C781F">
      <w:pPr>
        <w:pStyle w:val="ListeNumaras"/>
      </w:pPr>
      <w:r>
        <w:t>Bilgilendirici kısa sloganlara yer veriniz.</w:t>
      </w:r>
    </w:p>
    <w:p w:rsidR="00F01002" w:rsidRDefault="001C781F">
      <w:pPr>
        <w:pStyle w:val="ListeNumaras"/>
      </w:pPr>
      <w:r>
        <w:t>Belirtilen tarihte öğretmeninize teslim ediniz.</w:t>
      </w:r>
    </w:p>
    <w:p w:rsidR="00F01002" w:rsidRDefault="001C781F">
      <w:pPr>
        <w:pStyle w:val="Balk2"/>
        <w:jc w:val="center"/>
      </w:pPr>
      <w:r>
        <w:t>PUANLAMA ÖLÇÜTLERİ</w:t>
      </w:r>
    </w:p>
    <w:p w:rsidR="00F01002" w:rsidRDefault="001C781F">
      <w:r>
        <w:t>- Bilgi Doğruluğu ve Güncellik: 20 Puan</w:t>
      </w:r>
    </w:p>
    <w:p w:rsidR="00F01002" w:rsidRDefault="001C781F">
      <w:r>
        <w:t>- Önlemlerin Uygunluğu: 20 Puan</w:t>
      </w:r>
    </w:p>
    <w:p w:rsidR="00F01002" w:rsidRDefault="001C781F">
      <w:r>
        <w:t>- Görsellik ve Düzen: 20 Puan</w:t>
      </w:r>
    </w:p>
    <w:p w:rsidR="00F01002" w:rsidRDefault="001C781F">
      <w:r>
        <w:t>- Etkili Sloganlar ve Mesajlar: 20 Puan</w:t>
      </w:r>
    </w:p>
    <w:p w:rsidR="00F01002" w:rsidRDefault="001C781F">
      <w:r>
        <w:t>- Z</w:t>
      </w:r>
      <w:r>
        <w:t>amanında Teslim: 20 Puan</w:t>
      </w:r>
    </w:p>
    <w:sectPr w:rsidR="00F0100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1C781F"/>
    <w:rsid w:val="0029639D"/>
    <w:rsid w:val="00326F90"/>
    <w:rsid w:val="00AA1D8D"/>
    <w:rsid w:val="00B47730"/>
    <w:rsid w:val="00CB0664"/>
    <w:rsid w:val="00F0100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A8EB9DB-1DBA-4F6C-A255-5421E091A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1034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2025-04-20T09:02:00Z</dcterms:modified>
  <cp:category/>
</cp:coreProperties>
</file>