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8D4" w:rsidRDefault="00B1674B" w:rsidP="00B1674B">
      <w:pPr>
        <w:pStyle w:val="Balk1"/>
        <w:jc w:val="center"/>
      </w:pPr>
      <w:r>
        <w:t xml:space="preserve">6 SINIF FEN BİLİMLERİ PROJE GÖREV YÖNERGESİ </w:t>
      </w:r>
      <w:bookmarkStart w:id="0" w:name="_GoBack"/>
      <w:bookmarkEnd w:id="0"/>
      <w:r>
        <w:t>EĞİTİM-ÖĞRETİM YILI: 20....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D478D4">
        <w:tc>
          <w:tcPr>
            <w:tcW w:w="4320" w:type="dxa"/>
          </w:tcPr>
          <w:p w:rsidR="00D478D4" w:rsidRDefault="00B1674B">
            <w:r>
              <w:t>Adı Soyadı:</w:t>
            </w:r>
          </w:p>
        </w:tc>
        <w:tc>
          <w:tcPr>
            <w:tcW w:w="4320" w:type="dxa"/>
          </w:tcPr>
          <w:p w:rsidR="00D478D4" w:rsidRDefault="00B1674B">
            <w:r>
              <w:t>Sınıf / Şube / No:</w:t>
            </w:r>
          </w:p>
        </w:tc>
      </w:tr>
      <w:tr w:rsidR="00D478D4">
        <w:tc>
          <w:tcPr>
            <w:tcW w:w="4320" w:type="dxa"/>
          </w:tcPr>
          <w:p w:rsidR="00D478D4" w:rsidRDefault="00B1674B">
            <w:r>
              <w:t>Okulu:</w:t>
            </w:r>
          </w:p>
        </w:tc>
        <w:tc>
          <w:tcPr>
            <w:tcW w:w="4320" w:type="dxa"/>
          </w:tcPr>
          <w:p w:rsidR="00D478D4" w:rsidRDefault="00D478D4"/>
        </w:tc>
      </w:tr>
      <w:tr w:rsidR="00D478D4">
        <w:tc>
          <w:tcPr>
            <w:tcW w:w="4320" w:type="dxa"/>
          </w:tcPr>
          <w:p w:rsidR="00D478D4" w:rsidRDefault="00B1674B">
            <w:r>
              <w:t>Veriliş Tarihi:</w:t>
            </w:r>
          </w:p>
        </w:tc>
        <w:tc>
          <w:tcPr>
            <w:tcW w:w="4320" w:type="dxa"/>
          </w:tcPr>
          <w:p w:rsidR="00D478D4" w:rsidRDefault="00B1674B">
            <w:r>
              <w:t>Teslim Tarihi:</w:t>
            </w:r>
          </w:p>
        </w:tc>
      </w:tr>
      <w:tr w:rsidR="00D478D4">
        <w:tc>
          <w:tcPr>
            <w:tcW w:w="8640" w:type="dxa"/>
            <w:gridSpan w:val="2"/>
          </w:tcPr>
          <w:p w:rsidR="00D478D4" w:rsidRDefault="00B1674B">
            <w:r>
              <w:t>Öğrenme Alanı / Ünite: MADDE VE ISI</w:t>
            </w:r>
            <w:r>
              <w:br/>
              <w:t>Konu: Günlük Hayatta Isı Alışverişine Örnekler Sunma Afişi</w:t>
            </w:r>
          </w:p>
        </w:tc>
      </w:tr>
    </w:tbl>
    <w:p w:rsidR="00D478D4" w:rsidRDefault="00D478D4"/>
    <w:p w:rsidR="00D478D4" w:rsidRDefault="00B1674B">
      <w:pPr>
        <w:pStyle w:val="Balk2"/>
        <w:jc w:val="center"/>
      </w:pPr>
      <w:r>
        <w:t>PROJE KONUSU AÇIKLAMASI</w:t>
      </w:r>
    </w:p>
    <w:p w:rsidR="00D478D4" w:rsidRDefault="00B1674B">
      <w:r>
        <w:t>Isı alışverişi olaylarını günlük yaşamdan örneklerle açıklayan bir afiş hazırlayınız. Isı alan ve ısı veren cisimleri görsellerle belirterek her olayı kısa açıklamalarla destekleyiniz.</w:t>
      </w:r>
    </w:p>
    <w:p w:rsidR="00D478D4" w:rsidRDefault="00B1674B">
      <w:pPr>
        <w:pStyle w:val="Balk2"/>
        <w:jc w:val="center"/>
      </w:pPr>
      <w:r>
        <w:t>PROJE YÖNERGESİ</w:t>
      </w:r>
    </w:p>
    <w:p w:rsidR="00D478D4" w:rsidRDefault="00B1674B">
      <w:pPr>
        <w:pStyle w:val="ListeNumaras"/>
      </w:pPr>
      <w:r>
        <w:t>Isı alışverişi ile ilgili temel</w:t>
      </w:r>
      <w:r>
        <w:t xml:space="preserve"> bilgileri öğreniniz.</w:t>
      </w:r>
    </w:p>
    <w:p w:rsidR="00D478D4" w:rsidRDefault="00B1674B">
      <w:pPr>
        <w:pStyle w:val="ListeNumaras"/>
      </w:pPr>
      <w:r>
        <w:t>Isı alan ve ısı veren cisimlerle ilgili örnekler belirleyiniz.</w:t>
      </w:r>
    </w:p>
    <w:p w:rsidR="00D478D4" w:rsidRDefault="00B1674B">
      <w:pPr>
        <w:pStyle w:val="ListeNumaras"/>
      </w:pPr>
      <w:r>
        <w:t>Her örnek için açıklayıcı başlık ve görsel hazırlayınız.</w:t>
      </w:r>
    </w:p>
    <w:p w:rsidR="00D478D4" w:rsidRDefault="00B1674B">
      <w:pPr>
        <w:pStyle w:val="ListeNumaras"/>
      </w:pPr>
      <w:r>
        <w:t>Afişinizi tablo veya iki sütunlu düzende oluşturabilirsiniz.</w:t>
      </w:r>
    </w:p>
    <w:p w:rsidR="00D478D4" w:rsidRDefault="00B1674B">
      <w:pPr>
        <w:pStyle w:val="ListeNumaras"/>
      </w:pPr>
      <w:r>
        <w:t>Afişiniz estetik ve düzenli olmalıdır.</w:t>
      </w:r>
    </w:p>
    <w:p w:rsidR="00D478D4" w:rsidRDefault="00B1674B">
      <w:pPr>
        <w:pStyle w:val="ListeNumaras"/>
      </w:pPr>
      <w:r>
        <w:t xml:space="preserve">Her örneğin </w:t>
      </w:r>
      <w:r>
        <w:t>altına kısa açıklama yazınız.</w:t>
      </w:r>
    </w:p>
    <w:p w:rsidR="00D478D4" w:rsidRDefault="00B1674B">
      <w:pPr>
        <w:pStyle w:val="ListeNumaras"/>
      </w:pPr>
      <w:r>
        <w:t>Afişi belirtilen tarihte öğretmeninize teslim ediniz.</w:t>
      </w:r>
    </w:p>
    <w:p w:rsidR="00D478D4" w:rsidRDefault="00B1674B">
      <w:pPr>
        <w:pStyle w:val="Balk2"/>
        <w:jc w:val="center"/>
      </w:pPr>
      <w:r>
        <w:t>PUANLAMA ÖLÇÜTLERİ</w:t>
      </w:r>
    </w:p>
    <w:p w:rsidR="00D478D4" w:rsidRDefault="00B1674B">
      <w:r>
        <w:t>- Bilgi Doğruluğu: 20 Puan</w:t>
      </w:r>
    </w:p>
    <w:p w:rsidR="00D478D4" w:rsidRDefault="00B1674B">
      <w:r>
        <w:t>- Örneklerin Günlük Hayatla Bağlantısı: 20 Puan</w:t>
      </w:r>
    </w:p>
    <w:p w:rsidR="00D478D4" w:rsidRDefault="00B1674B">
      <w:r>
        <w:t>- Görsel Kullanımı ve Düzen: 20 Puan</w:t>
      </w:r>
    </w:p>
    <w:p w:rsidR="00D478D4" w:rsidRDefault="00B1674B">
      <w:r>
        <w:t>- Anlaşılabilirlik: 20 Puan</w:t>
      </w:r>
    </w:p>
    <w:p w:rsidR="00D478D4" w:rsidRDefault="00B1674B">
      <w:r>
        <w:t>- Zamanında T</w:t>
      </w:r>
      <w:r>
        <w:t>eslim: 20 Puan</w:t>
      </w:r>
    </w:p>
    <w:sectPr w:rsidR="00D478D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1674B"/>
    <w:rsid w:val="00B47730"/>
    <w:rsid w:val="00CB0664"/>
    <w:rsid w:val="00D478D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0D24845-D7F1-4F24-8E73-C187E1F72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1030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2025-04-20T08:53:00Z</dcterms:modified>
  <cp:category/>
</cp:coreProperties>
</file>