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041" w:rsidRDefault="00300B9E" w:rsidP="00300B9E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C24041">
        <w:tc>
          <w:tcPr>
            <w:tcW w:w="4320" w:type="dxa"/>
          </w:tcPr>
          <w:p w:rsidR="00C24041" w:rsidRDefault="00300B9E">
            <w:r>
              <w:t>Adı Soyadı:</w:t>
            </w:r>
          </w:p>
        </w:tc>
        <w:tc>
          <w:tcPr>
            <w:tcW w:w="4320" w:type="dxa"/>
          </w:tcPr>
          <w:p w:rsidR="00C24041" w:rsidRDefault="00300B9E">
            <w:r>
              <w:t>Sınıf / Şube / No:</w:t>
            </w:r>
          </w:p>
        </w:tc>
      </w:tr>
      <w:tr w:rsidR="00C24041">
        <w:tc>
          <w:tcPr>
            <w:tcW w:w="4320" w:type="dxa"/>
          </w:tcPr>
          <w:p w:rsidR="00C24041" w:rsidRDefault="00300B9E">
            <w:r>
              <w:t>Okulu:</w:t>
            </w:r>
          </w:p>
        </w:tc>
        <w:tc>
          <w:tcPr>
            <w:tcW w:w="4320" w:type="dxa"/>
          </w:tcPr>
          <w:p w:rsidR="00C24041" w:rsidRDefault="00C24041"/>
        </w:tc>
      </w:tr>
      <w:tr w:rsidR="00C24041">
        <w:tc>
          <w:tcPr>
            <w:tcW w:w="4320" w:type="dxa"/>
          </w:tcPr>
          <w:p w:rsidR="00C24041" w:rsidRDefault="00300B9E">
            <w:r>
              <w:t>Veriliş Tarihi:</w:t>
            </w:r>
          </w:p>
        </w:tc>
        <w:tc>
          <w:tcPr>
            <w:tcW w:w="4320" w:type="dxa"/>
          </w:tcPr>
          <w:p w:rsidR="00C24041" w:rsidRDefault="00300B9E">
            <w:r>
              <w:t>Teslim Tarihi:</w:t>
            </w:r>
          </w:p>
        </w:tc>
      </w:tr>
      <w:tr w:rsidR="00C24041">
        <w:tc>
          <w:tcPr>
            <w:tcW w:w="8640" w:type="dxa"/>
            <w:gridSpan w:val="2"/>
          </w:tcPr>
          <w:p w:rsidR="00C24041" w:rsidRDefault="00300B9E">
            <w:r>
              <w:t>Öğrenme Alanı / Ünite: KUVVET VE HAREKET</w:t>
            </w:r>
            <w:r>
              <w:br/>
              <w:t xml:space="preserve">Konu: İtiş – Çekiş – Hızlanma – Yavaşlama Kavramlarını </w:t>
            </w:r>
            <w:r>
              <w:t>Afişle Anlatma</w:t>
            </w:r>
          </w:p>
        </w:tc>
      </w:tr>
    </w:tbl>
    <w:p w:rsidR="00C24041" w:rsidRDefault="00C24041"/>
    <w:p w:rsidR="00C24041" w:rsidRDefault="00300B9E">
      <w:pPr>
        <w:pStyle w:val="Balk2"/>
        <w:jc w:val="center"/>
      </w:pPr>
      <w:r>
        <w:t>PROJE KONUSU AÇIKLAMASI</w:t>
      </w:r>
    </w:p>
    <w:p w:rsidR="00C24041" w:rsidRDefault="00300B9E">
      <w:r>
        <w:t>Kuvvetin cisimler üzerindeki etkilerini (itiş, çekiş, hızlanma, yavaşlama) anlatan görsellerle zenginleştirilmiş bir afiş hazırlayınız. Her kavram için günlük hayattan bir örnek veriniz.</w:t>
      </w:r>
    </w:p>
    <w:p w:rsidR="00C24041" w:rsidRDefault="00300B9E">
      <w:pPr>
        <w:pStyle w:val="Balk2"/>
        <w:jc w:val="center"/>
      </w:pPr>
      <w:r>
        <w:t>PROJE YÖNERGESİ</w:t>
      </w:r>
    </w:p>
    <w:p w:rsidR="00C24041" w:rsidRDefault="00300B9E">
      <w:pPr>
        <w:pStyle w:val="ListeNumaras"/>
      </w:pPr>
      <w:r>
        <w:t>Kuvvetin etk</w:t>
      </w:r>
      <w:r>
        <w:t>ileri ile ilgili kavramları araştırınız.</w:t>
      </w:r>
    </w:p>
    <w:p w:rsidR="00C24041" w:rsidRDefault="00300B9E">
      <w:pPr>
        <w:pStyle w:val="ListeNumaras"/>
      </w:pPr>
      <w:r>
        <w:t>Her etki için kısa bir tanım yazınız.</w:t>
      </w:r>
    </w:p>
    <w:p w:rsidR="00C24041" w:rsidRDefault="00300B9E">
      <w:pPr>
        <w:pStyle w:val="ListeNumaras"/>
      </w:pPr>
      <w:r>
        <w:t>Her tanımın altına ilgili görseller veya çizimler ekleyiniz.</w:t>
      </w:r>
    </w:p>
    <w:p w:rsidR="00C24041" w:rsidRDefault="00300B9E">
      <w:pPr>
        <w:pStyle w:val="ListeNumaras"/>
      </w:pPr>
      <w:r>
        <w:t>Afişinizi başlıklar ve renkli bölümlerle dikkat çekici hale getiriniz.</w:t>
      </w:r>
    </w:p>
    <w:p w:rsidR="00C24041" w:rsidRDefault="00300B9E">
      <w:pPr>
        <w:pStyle w:val="ListeNumaras"/>
      </w:pPr>
      <w:r>
        <w:t xml:space="preserve">Her kavrama uygun günlük yaşam örneklerini </w:t>
      </w:r>
      <w:r>
        <w:t>yazınız.</w:t>
      </w:r>
    </w:p>
    <w:p w:rsidR="00C24041" w:rsidRDefault="00300B9E">
      <w:pPr>
        <w:pStyle w:val="ListeNumaras"/>
      </w:pPr>
      <w:r>
        <w:t>Afişinizi sınıfta sunabilecek şekilde hazırlayınız.</w:t>
      </w:r>
    </w:p>
    <w:p w:rsidR="00C24041" w:rsidRDefault="00300B9E">
      <w:pPr>
        <w:pStyle w:val="ListeNumaras"/>
      </w:pPr>
      <w:r>
        <w:t>Belirtilen tarihte öğretmeninize teslim ediniz.</w:t>
      </w:r>
    </w:p>
    <w:p w:rsidR="00C24041" w:rsidRDefault="00300B9E">
      <w:pPr>
        <w:pStyle w:val="Balk2"/>
        <w:jc w:val="center"/>
      </w:pPr>
      <w:r>
        <w:t>PUANLAMA ÖLÇÜTLERİ</w:t>
      </w:r>
    </w:p>
    <w:p w:rsidR="00C24041" w:rsidRDefault="00300B9E">
      <w:r>
        <w:t>- Kavramların Doğru Tanımı: 20 Puan</w:t>
      </w:r>
    </w:p>
    <w:p w:rsidR="00C24041" w:rsidRDefault="00300B9E">
      <w:r>
        <w:t>- Görsel Sunum: 20 Puan</w:t>
      </w:r>
    </w:p>
    <w:p w:rsidR="00C24041" w:rsidRDefault="00300B9E">
      <w:r>
        <w:t>- Günlük Hayatla Bağlantı: 20 Puan</w:t>
      </w:r>
    </w:p>
    <w:p w:rsidR="00C24041" w:rsidRDefault="00300B9E">
      <w:r>
        <w:t>- Estetik ve Düzen: 20 Puan</w:t>
      </w:r>
    </w:p>
    <w:p w:rsidR="00C24041" w:rsidRDefault="00300B9E">
      <w:r>
        <w:t>- Zam</w:t>
      </w:r>
      <w:r>
        <w:t>anında Teslim: 20 Puan</w:t>
      </w:r>
    </w:p>
    <w:sectPr w:rsidR="00C240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00B9E"/>
    <w:rsid w:val="00326F90"/>
    <w:rsid w:val="00AA1D8D"/>
    <w:rsid w:val="00B47730"/>
    <w:rsid w:val="00C2404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8ED613-307C-4A98-A3FB-090106213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2025-04-20T08:57:00Z</dcterms:modified>
  <cp:category/>
</cp:coreProperties>
</file>