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0AF" w:rsidRDefault="00964BF1" w:rsidP="00964BF1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240AF">
        <w:tc>
          <w:tcPr>
            <w:tcW w:w="4320" w:type="dxa"/>
          </w:tcPr>
          <w:p w:rsidR="005240AF" w:rsidRDefault="00964BF1">
            <w:r>
              <w:t>Adı Soyadı:</w:t>
            </w:r>
          </w:p>
        </w:tc>
        <w:tc>
          <w:tcPr>
            <w:tcW w:w="4320" w:type="dxa"/>
          </w:tcPr>
          <w:p w:rsidR="005240AF" w:rsidRDefault="00964BF1">
            <w:r>
              <w:t>Sınıf / Şube / No:</w:t>
            </w:r>
          </w:p>
        </w:tc>
      </w:tr>
      <w:tr w:rsidR="005240AF">
        <w:tc>
          <w:tcPr>
            <w:tcW w:w="4320" w:type="dxa"/>
          </w:tcPr>
          <w:p w:rsidR="005240AF" w:rsidRDefault="00964BF1">
            <w:r>
              <w:t>Okulu:</w:t>
            </w:r>
          </w:p>
        </w:tc>
        <w:tc>
          <w:tcPr>
            <w:tcW w:w="4320" w:type="dxa"/>
          </w:tcPr>
          <w:p w:rsidR="005240AF" w:rsidRDefault="005240AF"/>
        </w:tc>
      </w:tr>
      <w:tr w:rsidR="005240AF">
        <w:tc>
          <w:tcPr>
            <w:tcW w:w="4320" w:type="dxa"/>
          </w:tcPr>
          <w:p w:rsidR="005240AF" w:rsidRDefault="00964BF1">
            <w:r>
              <w:t>Veriliş Tarihi:</w:t>
            </w:r>
          </w:p>
        </w:tc>
        <w:tc>
          <w:tcPr>
            <w:tcW w:w="4320" w:type="dxa"/>
          </w:tcPr>
          <w:p w:rsidR="005240AF" w:rsidRDefault="00964BF1">
            <w:r>
              <w:t>Teslim Tarihi:</w:t>
            </w:r>
          </w:p>
        </w:tc>
      </w:tr>
      <w:tr w:rsidR="005240AF">
        <w:tc>
          <w:tcPr>
            <w:tcW w:w="8640" w:type="dxa"/>
            <w:gridSpan w:val="2"/>
          </w:tcPr>
          <w:p w:rsidR="005240AF" w:rsidRDefault="00964BF1">
            <w:r>
              <w:t>Öğrenme Alanı / Ünite: MERKEZİ SİNİR SİSTEMİ VE DUYU ORGANLARI</w:t>
            </w:r>
            <w:r>
              <w:br/>
              <w:t xml:space="preserve">Konu: Beyin ve Omuriliği Gösteren 3 </w:t>
            </w:r>
            <w:r>
              <w:t>Boyutlu Model</w:t>
            </w:r>
          </w:p>
        </w:tc>
      </w:tr>
    </w:tbl>
    <w:p w:rsidR="005240AF" w:rsidRDefault="005240AF"/>
    <w:p w:rsidR="005240AF" w:rsidRDefault="00964BF1">
      <w:pPr>
        <w:pStyle w:val="Balk2"/>
        <w:jc w:val="center"/>
      </w:pPr>
      <w:r>
        <w:t>PROJE KONUSU AÇIKLAMASI</w:t>
      </w:r>
    </w:p>
    <w:p w:rsidR="005240AF" w:rsidRDefault="00964BF1">
      <w:r>
        <w:t>İnsan vücudundaki merkezi sinir sistemi yapısını gösterecek şekilde beyin ve omurilik modeli hazırlayınız. Modelde yapıların görevleri kısa açıklamalarla birlikte sunulmalıdır.</w:t>
      </w:r>
    </w:p>
    <w:p w:rsidR="005240AF" w:rsidRDefault="00964BF1">
      <w:pPr>
        <w:pStyle w:val="Balk2"/>
        <w:jc w:val="center"/>
      </w:pPr>
      <w:r>
        <w:t>PROJE YÖNERGESİ</w:t>
      </w:r>
    </w:p>
    <w:p w:rsidR="005240AF" w:rsidRDefault="00964BF1">
      <w:pPr>
        <w:pStyle w:val="ListeNumaras"/>
      </w:pPr>
      <w:r>
        <w:t>Merkezi sinir sistemini</w:t>
      </w:r>
      <w:r>
        <w:t>n yapı ve görevlerini araştırınız.</w:t>
      </w:r>
    </w:p>
    <w:p w:rsidR="005240AF" w:rsidRDefault="00964BF1">
      <w:pPr>
        <w:pStyle w:val="ListeNumaras"/>
      </w:pPr>
      <w:r>
        <w:t>Beyin ve omuriliğin temel bölümlerini gösteren bir model tasarlayınız.</w:t>
      </w:r>
    </w:p>
    <w:p w:rsidR="005240AF" w:rsidRDefault="00964BF1">
      <w:pPr>
        <w:pStyle w:val="ListeNumaras"/>
      </w:pPr>
      <w:r>
        <w:t>Malzemelerinizi estetik ve açıklayıcı olacak şekilde kullanınız.</w:t>
      </w:r>
    </w:p>
    <w:p w:rsidR="005240AF" w:rsidRDefault="00964BF1">
      <w:pPr>
        <w:pStyle w:val="ListeNumaras"/>
      </w:pPr>
      <w:r>
        <w:t>Her yapının altına etiket ekleyerek görevlerini yazınız.</w:t>
      </w:r>
    </w:p>
    <w:p w:rsidR="005240AF" w:rsidRDefault="00964BF1">
      <w:pPr>
        <w:pStyle w:val="ListeNumaras"/>
      </w:pPr>
      <w:r>
        <w:t xml:space="preserve">Modeli sınıfta sunmak üzere </w:t>
      </w:r>
      <w:r>
        <w:t>hazırlayınız.</w:t>
      </w:r>
    </w:p>
    <w:p w:rsidR="005240AF" w:rsidRDefault="00964BF1">
      <w:pPr>
        <w:pStyle w:val="ListeNumaras"/>
      </w:pPr>
      <w:r>
        <w:t>Belirtilen tarihte öğretmeninize teslim ediniz.</w:t>
      </w:r>
    </w:p>
    <w:p w:rsidR="005240AF" w:rsidRDefault="00964BF1">
      <w:pPr>
        <w:pStyle w:val="Balk2"/>
        <w:jc w:val="center"/>
      </w:pPr>
      <w:r>
        <w:t>PUANLAMA ÖLÇÜTLERİ</w:t>
      </w:r>
    </w:p>
    <w:p w:rsidR="005240AF" w:rsidRDefault="00964BF1">
      <w:r>
        <w:t>- Yapıların Doğru Gösterimi: 20 Puan</w:t>
      </w:r>
    </w:p>
    <w:p w:rsidR="005240AF" w:rsidRDefault="00964BF1">
      <w:r>
        <w:t>- Etiketleme ve Açıklamalar: 20 Puan</w:t>
      </w:r>
    </w:p>
    <w:p w:rsidR="005240AF" w:rsidRDefault="00964BF1">
      <w:r>
        <w:t>- Görsellik ve Düzen: 20 Puan</w:t>
      </w:r>
    </w:p>
    <w:p w:rsidR="005240AF" w:rsidRDefault="00964BF1">
      <w:r>
        <w:t>- Sunum Becerisi: 20 Puan</w:t>
      </w:r>
    </w:p>
    <w:p w:rsidR="005240AF" w:rsidRDefault="00964BF1">
      <w:r>
        <w:t>- Zamanında Teslim: 20 Puan</w:t>
      </w:r>
    </w:p>
    <w:sectPr w:rsidR="005240A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240AF"/>
    <w:rsid w:val="00964BF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5360C8-0412-4FAF-AF5A-28F1B1D18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2025-04-20T09:12:00Z</dcterms:modified>
  <cp:category/>
</cp:coreProperties>
</file>