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43A" w:rsidRDefault="002E21C5" w:rsidP="002E21C5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7F043A">
        <w:tc>
          <w:tcPr>
            <w:tcW w:w="4320" w:type="dxa"/>
          </w:tcPr>
          <w:p w:rsidR="007F043A" w:rsidRDefault="002E21C5">
            <w:r>
              <w:t>Adı Soyadı:</w:t>
            </w:r>
          </w:p>
        </w:tc>
        <w:tc>
          <w:tcPr>
            <w:tcW w:w="4320" w:type="dxa"/>
          </w:tcPr>
          <w:p w:rsidR="007F043A" w:rsidRDefault="002E21C5">
            <w:r>
              <w:t>Sınıf / Şube / No:</w:t>
            </w:r>
          </w:p>
        </w:tc>
      </w:tr>
      <w:tr w:rsidR="007F043A">
        <w:tc>
          <w:tcPr>
            <w:tcW w:w="4320" w:type="dxa"/>
          </w:tcPr>
          <w:p w:rsidR="007F043A" w:rsidRDefault="002E21C5">
            <w:r>
              <w:t>Okulu:</w:t>
            </w:r>
          </w:p>
        </w:tc>
        <w:tc>
          <w:tcPr>
            <w:tcW w:w="4320" w:type="dxa"/>
          </w:tcPr>
          <w:p w:rsidR="007F043A" w:rsidRDefault="007F043A"/>
        </w:tc>
      </w:tr>
      <w:tr w:rsidR="007F043A">
        <w:tc>
          <w:tcPr>
            <w:tcW w:w="4320" w:type="dxa"/>
          </w:tcPr>
          <w:p w:rsidR="007F043A" w:rsidRDefault="002E21C5">
            <w:r>
              <w:t>Veriliş Tarihi:</w:t>
            </w:r>
          </w:p>
        </w:tc>
        <w:tc>
          <w:tcPr>
            <w:tcW w:w="4320" w:type="dxa"/>
          </w:tcPr>
          <w:p w:rsidR="007F043A" w:rsidRDefault="002E21C5">
            <w:r>
              <w:t>Teslim Tarihi:</w:t>
            </w:r>
          </w:p>
        </w:tc>
      </w:tr>
      <w:tr w:rsidR="007F043A">
        <w:tc>
          <w:tcPr>
            <w:tcW w:w="8640" w:type="dxa"/>
            <w:gridSpan w:val="2"/>
          </w:tcPr>
          <w:p w:rsidR="007F043A" w:rsidRDefault="002E21C5">
            <w:r>
              <w:t>Öğrenme Alanı / Ünite: VÜCUDUMUZDAKİ SİSTEMLER</w:t>
            </w:r>
            <w:r>
              <w:br/>
              <w:t>Konu: Sindirim Sistemi Organlarının Gösterildiği Model</w:t>
            </w:r>
            <w:r>
              <w:t xml:space="preserve"> Oluşturma</w:t>
            </w:r>
          </w:p>
        </w:tc>
      </w:tr>
    </w:tbl>
    <w:p w:rsidR="007F043A" w:rsidRDefault="007F043A"/>
    <w:p w:rsidR="007F043A" w:rsidRDefault="002E21C5">
      <w:pPr>
        <w:pStyle w:val="Balk2"/>
        <w:jc w:val="center"/>
      </w:pPr>
      <w:r>
        <w:t>PROJE KONUSU AÇIKLAMASI</w:t>
      </w:r>
    </w:p>
    <w:p w:rsidR="007F043A" w:rsidRDefault="002E21C5">
      <w:r>
        <w:t>İnsan vücudundaki sindirim sistemi organlarını gösterecek şekilde bir 3 boyutlu model hazırlayınız. Modelde ağız, yemek borusu, mide, ince bağırsak ve kalın bağırsağın konumlarına ve görevlerine yer veriniz.</w:t>
      </w:r>
    </w:p>
    <w:p w:rsidR="007F043A" w:rsidRDefault="002E21C5">
      <w:pPr>
        <w:pStyle w:val="Balk2"/>
        <w:jc w:val="center"/>
      </w:pPr>
      <w:r>
        <w:t>PROJE YÖNER</w:t>
      </w:r>
      <w:r>
        <w:t>GESİ</w:t>
      </w:r>
    </w:p>
    <w:p w:rsidR="007F043A" w:rsidRDefault="002E21C5">
      <w:pPr>
        <w:pStyle w:val="ListeNumaras"/>
      </w:pPr>
      <w:r>
        <w:t>Sindirim sistemi ile ilgili kaynaklardan bilgi toplayınız.</w:t>
      </w:r>
    </w:p>
    <w:p w:rsidR="007F043A" w:rsidRDefault="002E21C5">
      <w:pPr>
        <w:pStyle w:val="ListeNumaras"/>
      </w:pPr>
      <w:r>
        <w:t>Sindirim sistemi organlarının yerini ve görevlerini öğreniniz.</w:t>
      </w:r>
    </w:p>
    <w:p w:rsidR="007F043A" w:rsidRDefault="002E21C5">
      <w:pPr>
        <w:pStyle w:val="ListeNumaras"/>
      </w:pPr>
      <w:r>
        <w:t>Model için gerekli malzemeleri hazırlayınız (karton, hamur, sünger vb.).</w:t>
      </w:r>
    </w:p>
    <w:p w:rsidR="007F043A" w:rsidRDefault="002E21C5">
      <w:pPr>
        <w:pStyle w:val="ListeNumaras"/>
      </w:pPr>
      <w:r>
        <w:t>Modelde organlara etiketler ekleyerek tanıtınız.</w:t>
      </w:r>
    </w:p>
    <w:p w:rsidR="007F043A" w:rsidRDefault="002E21C5">
      <w:pPr>
        <w:pStyle w:val="ListeNumaras"/>
      </w:pPr>
      <w:r>
        <w:t>Modelinizin görselliğine ve bilgilendiriciliğine dikkat ediniz.</w:t>
      </w:r>
    </w:p>
    <w:p w:rsidR="007F043A" w:rsidRDefault="002E21C5">
      <w:pPr>
        <w:pStyle w:val="ListeNumaras"/>
      </w:pPr>
      <w:r>
        <w:t>Hazırladığınız çalışmayı sınıfta sunmaya hazır olunuz.</w:t>
      </w:r>
    </w:p>
    <w:p w:rsidR="007F043A" w:rsidRDefault="002E21C5">
      <w:pPr>
        <w:pStyle w:val="ListeNumaras"/>
      </w:pPr>
      <w:r>
        <w:t>Belirtilen tarihte öğretmeninize teslim ediniz.</w:t>
      </w:r>
    </w:p>
    <w:p w:rsidR="007F043A" w:rsidRDefault="002E21C5">
      <w:pPr>
        <w:pStyle w:val="Balk2"/>
        <w:jc w:val="center"/>
      </w:pPr>
      <w:r>
        <w:t>PUANLAMA ÖLÇÜTLERİ</w:t>
      </w:r>
    </w:p>
    <w:p w:rsidR="007F043A" w:rsidRDefault="002E21C5">
      <w:r>
        <w:t>- Organların Doğru Konumlandırılması: 20 Puan</w:t>
      </w:r>
    </w:p>
    <w:p w:rsidR="007F043A" w:rsidRDefault="002E21C5">
      <w:r>
        <w:t>- Malzeme Seçimi ve Görs</w:t>
      </w:r>
      <w:r>
        <w:t>ellik: 20 Puan</w:t>
      </w:r>
    </w:p>
    <w:p w:rsidR="007F043A" w:rsidRDefault="002E21C5">
      <w:r>
        <w:t>- Etiketleme ve Açıklama: 20 Puan</w:t>
      </w:r>
    </w:p>
    <w:p w:rsidR="007F043A" w:rsidRDefault="002E21C5">
      <w:r>
        <w:t>- Sunum Hazırlığı: 20 Puan</w:t>
      </w:r>
    </w:p>
    <w:p w:rsidR="007F043A" w:rsidRDefault="002E21C5">
      <w:r>
        <w:t>- Zamanında Teslim: 20 Puan</w:t>
      </w:r>
    </w:p>
    <w:sectPr w:rsidR="007F043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2E21C5"/>
    <w:rsid w:val="00326F90"/>
    <w:rsid w:val="007F043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13AF69-49FF-4F7E-B3A4-BB3D86180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2025-04-19T19:39:00Z</dcterms:modified>
  <cp:category/>
</cp:coreProperties>
</file>