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B8D" w:rsidRDefault="00CB1407" w:rsidP="00CB1407">
      <w:pPr>
        <w:pStyle w:val="Balk1"/>
        <w:jc w:val="center"/>
      </w:pPr>
      <w:r>
        <w:t xml:space="preserve">6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91B8D">
        <w:tc>
          <w:tcPr>
            <w:tcW w:w="4320" w:type="dxa"/>
          </w:tcPr>
          <w:p w:rsidR="00691B8D" w:rsidRDefault="00CB1407">
            <w:r>
              <w:t>Adı Soyadı:</w:t>
            </w:r>
          </w:p>
        </w:tc>
        <w:tc>
          <w:tcPr>
            <w:tcW w:w="4320" w:type="dxa"/>
          </w:tcPr>
          <w:p w:rsidR="00691B8D" w:rsidRDefault="00CB1407">
            <w:r>
              <w:t>Sınıf / Şube / No:</w:t>
            </w:r>
          </w:p>
        </w:tc>
      </w:tr>
      <w:tr w:rsidR="00691B8D">
        <w:tc>
          <w:tcPr>
            <w:tcW w:w="4320" w:type="dxa"/>
          </w:tcPr>
          <w:p w:rsidR="00691B8D" w:rsidRDefault="00CB1407">
            <w:r>
              <w:t>Okulu:</w:t>
            </w:r>
          </w:p>
        </w:tc>
        <w:tc>
          <w:tcPr>
            <w:tcW w:w="4320" w:type="dxa"/>
          </w:tcPr>
          <w:p w:rsidR="00691B8D" w:rsidRDefault="00691B8D"/>
        </w:tc>
      </w:tr>
      <w:tr w:rsidR="00691B8D">
        <w:tc>
          <w:tcPr>
            <w:tcW w:w="4320" w:type="dxa"/>
          </w:tcPr>
          <w:p w:rsidR="00691B8D" w:rsidRDefault="00CB1407">
            <w:r>
              <w:t>Veriliş Tarihi:</w:t>
            </w:r>
          </w:p>
        </w:tc>
        <w:tc>
          <w:tcPr>
            <w:tcW w:w="4320" w:type="dxa"/>
          </w:tcPr>
          <w:p w:rsidR="00691B8D" w:rsidRDefault="00CB1407">
            <w:r>
              <w:t>Teslim Tarihi:</w:t>
            </w:r>
          </w:p>
        </w:tc>
      </w:tr>
      <w:tr w:rsidR="00691B8D">
        <w:tc>
          <w:tcPr>
            <w:tcW w:w="8640" w:type="dxa"/>
            <w:gridSpan w:val="2"/>
          </w:tcPr>
          <w:p w:rsidR="00691B8D" w:rsidRDefault="00CB1407">
            <w:r>
              <w:t>Öğrenme Alanı / Ünite: KUVVET VE HAREKET</w:t>
            </w:r>
            <w:r>
              <w:br/>
              <w:t>Konu: Farklı Yüzeylerde Sürtünmeyi Karşılaştırma Deneyi</w:t>
            </w:r>
          </w:p>
        </w:tc>
      </w:tr>
    </w:tbl>
    <w:p w:rsidR="00691B8D" w:rsidRDefault="00691B8D"/>
    <w:p w:rsidR="00691B8D" w:rsidRDefault="00CB1407">
      <w:pPr>
        <w:pStyle w:val="Balk2"/>
        <w:jc w:val="center"/>
      </w:pPr>
      <w:r>
        <w:t>PROJE KONUSU AÇIKLAMASI</w:t>
      </w:r>
    </w:p>
    <w:p w:rsidR="00691B8D" w:rsidRDefault="00CB1407">
      <w:r>
        <w:t>Farklı yüzeylerde sürtünmenin cisimlerin hareketine etkisini gösterecek bir deney düzeneği kurunuz. En az 3 farklı yüzey (halı, masa, kumlu zemin gibi) kullanarak sürtünme kuvvetini gözlemleyiniz ve raporlayınız.</w:t>
      </w:r>
    </w:p>
    <w:p w:rsidR="00691B8D" w:rsidRDefault="00CB1407">
      <w:pPr>
        <w:pStyle w:val="Balk2"/>
        <w:jc w:val="center"/>
      </w:pPr>
      <w:r>
        <w:t>PROJE YÖNERGESİ</w:t>
      </w:r>
    </w:p>
    <w:p w:rsidR="00691B8D" w:rsidRDefault="00CB1407">
      <w:pPr>
        <w:pStyle w:val="ListeNumaras"/>
      </w:pPr>
      <w:r>
        <w:t>Sür</w:t>
      </w:r>
      <w:r>
        <w:t>tünme kuvveti hakkında araştırma yapınız.</w:t>
      </w:r>
    </w:p>
    <w:p w:rsidR="00691B8D" w:rsidRDefault="00CB1407">
      <w:pPr>
        <w:pStyle w:val="ListeNumaras"/>
      </w:pPr>
      <w:r>
        <w:t>Deneyde kullanacağınız yüzeyleri ve malzemeleri belirleyiniz.</w:t>
      </w:r>
    </w:p>
    <w:p w:rsidR="00691B8D" w:rsidRDefault="00CB1407">
      <w:pPr>
        <w:pStyle w:val="ListeNumaras"/>
      </w:pPr>
      <w:r>
        <w:t>Aynı cismi farklı yüzeylerde kaydırarak gözlem yapınız.</w:t>
      </w:r>
    </w:p>
    <w:p w:rsidR="00691B8D" w:rsidRDefault="00CB1407">
      <w:pPr>
        <w:pStyle w:val="ListeNumaras"/>
      </w:pPr>
      <w:r>
        <w:t>Cismin hangi yüzeyde daha kolay veya zor hareket ettiğini not alınız.</w:t>
      </w:r>
    </w:p>
    <w:p w:rsidR="00691B8D" w:rsidRDefault="00CB1407">
      <w:pPr>
        <w:pStyle w:val="ListeNumaras"/>
      </w:pPr>
      <w:r>
        <w:t>Sonuçlarınızı çizelge veya</w:t>
      </w:r>
      <w:r>
        <w:t xml:space="preserve"> tablo halinde düzenleyiniz.</w:t>
      </w:r>
    </w:p>
    <w:p w:rsidR="00691B8D" w:rsidRDefault="00CB1407">
      <w:pPr>
        <w:pStyle w:val="ListeNumaras"/>
      </w:pPr>
      <w:r>
        <w:t>Deneyinizi açıklayan bir rapor yazınız.</w:t>
      </w:r>
    </w:p>
    <w:p w:rsidR="00691B8D" w:rsidRDefault="00CB1407">
      <w:pPr>
        <w:pStyle w:val="ListeNumaras"/>
      </w:pPr>
      <w:r>
        <w:t>Belirtilen tarihte öğretmeninize teslim ediniz.</w:t>
      </w:r>
    </w:p>
    <w:p w:rsidR="00691B8D" w:rsidRDefault="00CB1407">
      <w:pPr>
        <w:pStyle w:val="Balk2"/>
        <w:jc w:val="center"/>
      </w:pPr>
      <w:r>
        <w:t>PUANLAMA ÖLÇÜTLERİ</w:t>
      </w:r>
    </w:p>
    <w:p w:rsidR="00691B8D" w:rsidRDefault="00CB1407">
      <w:r>
        <w:t>- Deneyin Bilimsel Uygunluğu: 20 Puan</w:t>
      </w:r>
    </w:p>
    <w:p w:rsidR="00691B8D" w:rsidRDefault="00CB1407">
      <w:r>
        <w:t>- Gözlem ve Notlama: 20 Puan</w:t>
      </w:r>
    </w:p>
    <w:p w:rsidR="00691B8D" w:rsidRDefault="00CB1407">
      <w:r>
        <w:t>- Raporun Düzeni ve Açıklığı: 20 Puan</w:t>
      </w:r>
    </w:p>
    <w:p w:rsidR="00691B8D" w:rsidRDefault="00CB1407">
      <w:r>
        <w:t xml:space="preserve">- Yüzey Seçimi </w:t>
      </w:r>
      <w:r>
        <w:t>ve Malzeme Kullanımı: 20 Puan</w:t>
      </w:r>
    </w:p>
    <w:p w:rsidR="00691B8D" w:rsidRDefault="00CB1407">
      <w:r>
        <w:t>- Zamanında Teslim: 20 Puan</w:t>
      </w:r>
    </w:p>
    <w:sectPr w:rsidR="00691B8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91B8D"/>
    <w:rsid w:val="00AA1D8D"/>
    <w:rsid w:val="00B47730"/>
    <w:rsid w:val="00CB0664"/>
    <w:rsid w:val="00CB140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601414-6452-4375-9341-18F241D2C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1077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2025-04-20T08:58:00Z</dcterms:modified>
  <cp:category/>
</cp:coreProperties>
</file>