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271" w:rsidRDefault="00D354F6" w:rsidP="00D354F6">
      <w:pPr>
        <w:pStyle w:val="Balk1"/>
        <w:jc w:val="center"/>
      </w:pPr>
      <w:r>
        <w:t xml:space="preserve">7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17271">
        <w:tc>
          <w:tcPr>
            <w:tcW w:w="4320" w:type="dxa"/>
          </w:tcPr>
          <w:p w:rsidR="00917271" w:rsidRDefault="00D354F6">
            <w:r>
              <w:t>Adı Soyadı:</w:t>
            </w:r>
          </w:p>
        </w:tc>
        <w:tc>
          <w:tcPr>
            <w:tcW w:w="4320" w:type="dxa"/>
          </w:tcPr>
          <w:p w:rsidR="00917271" w:rsidRDefault="00D354F6">
            <w:r>
              <w:t>Sınıf / Şube / No:</w:t>
            </w:r>
          </w:p>
        </w:tc>
      </w:tr>
      <w:tr w:rsidR="00917271">
        <w:tc>
          <w:tcPr>
            <w:tcW w:w="4320" w:type="dxa"/>
          </w:tcPr>
          <w:p w:rsidR="00917271" w:rsidRDefault="00D354F6">
            <w:r>
              <w:t>Okulu:</w:t>
            </w:r>
          </w:p>
        </w:tc>
        <w:tc>
          <w:tcPr>
            <w:tcW w:w="4320" w:type="dxa"/>
          </w:tcPr>
          <w:p w:rsidR="00917271" w:rsidRDefault="00917271"/>
        </w:tc>
      </w:tr>
      <w:tr w:rsidR="00917271">
        <w:tc>
          <w:tcPr>
            <w:tcW w:w="4320" w:type="dxa"/>
          </w:tcPr>
          <w:p w:rsidR="00917271" w:rsidRDefault="00D354F6">
            <w:r>
              <w:t>Veriliş Tarihi:</w:t>
            </w:r>
          </w:p>
        </w:tc>
        <w:tc>
          <w:tcPr>
            <w:tcW w:w="4320" w:type="dxa"/>
          </w:tcPr>
          <w:p w:rsidR="00917271" w:rsidRDefault="00D354F6">
            <w:r>
              <w:t>Teslim Tarihi:</w:t>
            </w:r>
          </w:p>
        </w:tc>
      </w:tr>
      <w:tr w:rsidR="00917271">
        <w:tc>
          <w:tcPr>
            <w:tcW w:w="8640" w:type="dxa"/>
            <w:gridSpan w:val="2"/>
          </w:tcPr>
          <w:p w:rsidR="00917271" w:rsidRDefault="00D354F6">
            <w:r>
              <w:t>Öğrenme Alanı / Ünite: ELEKTRİK VE YÜKLER / GÜVENLİK</w:t>
            </w:r>
            <w:r>
              <w:br/>
              <w:t xml:space="preserve">Konu: Evde ve Okulda Elektrik Güvenliği </w:t>
            </w:r>
            <w:r>
              <w:t>Kurallarını Öğretici Afiş</w:t>
            </w:r>
          </w:p>
        </w:tc>
      </w:tr>
    </w:tbl>
    <w:p w:rsidR="00917271" w:rsidRDefault="00917271"/>
    <w:p w:rsidR="00917271" w:rsidRDefault="00D354F6">
      <w:pPr>
        <w:pStyle w:val="Balk2"/>
        <w:jc w:val="center"/>
      </w:pPr>
      <w:r>
        <w:t>PROJE KONUSU AÇIKLAMASI</w:t>
      </w:r>
    </w:p>
    <w:p w:rsidR="00917271" w:rsidRDefault="00D354F6">
      <w:r>
        <w:t>Elektrik kazalarının önüne geçmek için alınması gereken önlemleri içeren bir bilgilendirme afişi hazırlayınız. Afişinizde elektrikli aletlerin doğru kullanımı, topraklama, aşırı yüklenme gibi başlıklar bu</w:t>
      </w:r>
      <w:r>
        <w:t>lunmalı ve görsellerle desteklenmelidir.</w:t>
      </w:r>
    </w:p>
    <w:p w:rsidR="00917271" w:rsidRDefault="00D354F6">
      <w:pPr>
        <w:pStyle w:val="Balk2"/>
        <w:jc w:val="center"/>
      </w:pPr>
      <w:r>
        <w:t>PROJE YÖNERGESİ</w:t>
      </w:r>
    </w:p>
    <w:p w:rsidR="00917271" w:rsidRDefault="00D354F6">
      <w:pPr>
        <w:pStyle w:val="ListeNumaras"/>
      </w:pPr>
      <w:r>
        <w:t>Elektrik güvenliği ile ilgili temel kuralları araştırınız.</w:t>
      </w:r>
    </w:p>
    <w:p w:rsidR="00917271" w:rsidRDefault="00D354F6">
      <w:pPr>
        <w:pStyle w:val="ListeNumaras"/>
      </w:pPr>
      <w:r>
        <w:t>Afişinize başlıklar, kısa açıklamalar ve dikkat çekici uyarılar ekleyiniz.</w:t>
      </w:r>
    </w:p>
    <w:p w:rsidR="00917271" w:rsidRDefault="00D354F6">
      <w:pPr>
        <w:pStyle w:val="ListeNumaras"/>
      </w:pPr>
      <w:r>
        <w:t>Günlük hayattan örnekler kullanarak afişinizi zenginleştiriniz.</w:t>
      </w:r>
    </w:p>
    <w:p w:rsidR="00917271" w:rsidRDefault="00D354F6">
      <w:pPr>
        <w:pStyle w:val="ListeNumaras"/>
      </w:pPr>
      <w:r>
        <w:t>Renkli ve öğretici bir sunum hazırlayınız.</w:t>
      </w:r>
    </w:p>
    <w:p w:rsidR="00917271" w:rsidRDefault="00D354F6">
      <w:pPr>
        <w:pStyle w:val="ListeNumaras"/>
      </w:pPr>
      <w:r>
        <w:t>Hazırladığınız afişi belirtilen tarihte öğretmeninize teslim ediniz.</w:t>
      </w:r>
    </w:p>
    <w:p w:rsidR="00917271" w:rsidRDefault="00D354F6">
      <w:pPr>
        <w:pStyle w:val="Balk2"/>
        <w:jc w:val="center"/>
      </w:pPr>
      <w:r>
        <w:t>PUANLAMA ÖLÇÜTLERİ</w:t>
      </w:r>
    </w:p>
    <w:p w:rsidR="00917271" w:rsidRDefault="00D354F6">
      <w:r>
        <w:t>- Kuralların Bilimsel Doğruluğu: 20 Puan</w:t>
      </w:r>
    </w:p>
    <w:p w:rsidR="00917271" w:rsidRDefault="00D354F6">
      <w:r>
        <w:t>- Görsellik ve Tasarım: 20 Puan</w:t>
      </w:r>
    </w:p>
    <w:p w:rsidR="00917271" w:rsidRDefault="00D354F6">
      <w:r>
        <w:t>- Afişin Öğretici Niteliği: 20 Puan</w:t>
      </w:r>
    </w:p>
    <w:p w:rsidR="00917271" w:rsidRDefault="00D354F6">
      <w:r>
        <w:t>- Gerçek Hayatla</w:t>
      </w:r>
      <w:r>
        <w:t xml:space="preserve"> Bağlantı: 20 Puan</w:t>
      </w:r>
    </w:p>
    <w:p w:rsidR="00917271" w:rsidRDefault="00D354F6">
      <w:r>
        <w:t>- Zamanında Teslim: 20 Puan</w:t>
      </w:r>
    </w:p>
    <w:sectPr w:rsidR="009172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17271"/>
    <w:rsid w:val="00AA1D8D"/>
    <w:rsid w:val="00B47730"/>
    <w:rsid w:val="00CB0664"/>
    <w:rsid w:val="00D354F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09A3A20-DE9D-4971-96A8-1AEB51697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2025-04-20T12:02:00Z</dcterms:modified>
  <cp:category/>
</cp:coreProperties>
</file>