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65C" w:rsidRDefault="00624D74" w:rsidP="00624D74">
      <w:pPr>
        <w:pStyle w:val="Balk1"/>
        <w:jc w:val="center"/>
      </w:pPr>
      <w:r>
        <w:t xml:space="preserve">7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6765C">
        <w:tc>
          <w:tcPr>
            <w:tcW w:w="4320" w:type="dxa"/>
          </w:tcPr>
          <w:p w:rsidR="0016765C" w:rsidRDefault="00624D74">
            <w:r>
              <w:t>Adı Soyadı:</w:t>
            </w:r>
          </w:p>
        </w:tc>
        <w:tc>
          <w:tcPr>
            <w:tcW w:w="4320" w:type="dxa"/>
          </w:tcPr>
          <w:p w:rsidR="0016765C" w:rsidRDefault="00624D74">
            <w:r>
              <w:t>Sınıf / Şube / No:</w:t>
            </w:r>
          </w:p>
        </w:tc>
      </w:tr>
      <w:tr w:rsidR="0016765C">
        <w:tc>
          <w:tcPr>
            <w:tcW w:w="4320" w:type="dxa"/>
          </w:tcPr>
          <w:p w:rsidR="0016765C" w:rsidRDefault="00624D74">
            <w:r>
              <w:t>Okulu:</w:t>
            </w:r>
          </w:p>
        </w:tc>
        <w:tc>
          <w:tcPr>
            <w:tcW w:w="4320" w:type="dxa"/>
          </w:tcPr>
          <w:p w:rsidR="0016765C" w:rsidRDefault="0016765C"/>
        </w:tc>
      </w:tr>
      <w:tr w:rsidR="0016765C">
        <w:tc>
          <w:tcPr>
            <w:tcW w:w="4320" w:type="dxa"/>
          </w:tcPr>
          <w:p w:rsidR="0016765C" w:rsidRDefault="00624D74">
            <w:r>
              <w:t>Veriliş Tarihi:</w:t>
            </w:r>
          </w:p>
        </w:tc>
        <w:tc>
          <w:tcPr>
            <w:tcW w:w="4320" w:type="dxa"/>
          </w:tcPr>
          <w:p w:rsidR="0016765C" w:rsidRDefault="00624D74">
            <w:r>
              <w:t>Teslim Tarihi:</w:t>
            </w:r>
          </w:p>
        </w:tc>
      </w:tr>
      <w:tr w:rsidR="0016765C">
        <w:tc>
          <w:tcPr>
            <w:tcW w:w="8640" w:type="dxa"/>
            <w:gridSpan w:val="2"/>
          </w:tcPr>
          <w:p w:rsidR="0016765C" w:rsidRDefault="00624D74">
            <w:r>
              <w:t>Öğrenme Alanı / Ünite: GÜNEŞ SİSTEMİ VE ÖTESİ</w:t>
            </w:r>
            <w:r>
              <w:br/>
              <w:t xml:space="preserve">Konu: Güneş Sistemi’ndeki Gezegenlerin Özelliklerini </w:t>
            </w:r>
            <w:r>
              <w:t>Tanıtma</w:t>
            </w:r>
          </w:p>
        </w:tc>
      </w:tr>
    </w:tbl>
    <w:p w:rsidR="0016765C" w:rsidRDefault="0016765C"/>
    <w:p w:rsidR="0016765C" w:rsidRDefault="00624D74">
      <w:pPr>
        <w:pStyle w:val="Balk2"/>
        <w:jc w:val="center"/>
      </w:pPr>
      <w:r>
        <w:t>PROJE KONUSU AÇIKLAMASI</w:t>
      </w:r>
    </w:p>
    <w:p w:rsidR="0016765C" w:rsidRDefault="00624D74">
      <w:r>
        <w:t>Güneş Sistemi’ndeki gezegenlerin fiziksel özelliklerini, büyüklüklerini, konumlarını ve atmosfer yapılarını anlatan tanıtım kartları hazırlayınız. Bu kartları bir posterde düzenleyerek sunum yapınız.</w:t>
      </w:r>
    </w:p>
    <w:p w:rsidR="0016765C" w:rsidRDefault="00624D74">
      <w:pPr>
        <w:pStyle w:val="Balk2"/>
        <w:jc w:val="center"/>
      </w:pPr>
      <w:r>
        <w:t>PROJE YÖNERGESİ</w:t>
      </w:r>
    </w:p>
    <w:p w:rsidR="0016765C" w:rsidRDefault="00624D74">
      <w:pPr>
        <w:pStyle w:val="ListeNumaras"/>
      </w:pPr>
      <w:r>
        <w:t>Her bi</w:t>
      </w:r>
      <w:r>
        <w:t>r gezegenin temel özelliklerini araştırınız.</w:t>
      </w:r>
    </w:p>
    <w:p w:rsidR="0016765C" w:rsidRDefault="00624D74">
      <w:pPr>
        <w:pStyle w:val="ListeNumaras"/>
      </w:pPr>
      <w:r>
        <w:t>Her gezegen için ayrı tanıtım kartı hazırlayınız.</w:t>
      </w:r>
    </w:p>
    <w:p w:rsidR="0016765C" w:rsidRDefault="00624D74">
      <w:pPr>
        <w:pStyle w:val="ListeNumaras"/>
      </w:pPr>
      <w:r>
        <w:t>Kartlarda gezegenin adı, yörüngedeki konumu, atmosferi, yüzey sıcaklığı vb. bilgileri belirtiniz.</w:t>
      </w:r>
    </w:p>
    <w:p w:rsidR="0016765C" w:rsidRDefault="00624D74">
      <w:pPr>
        <w:pStyle w:val="ListeNumaras"/>
      </w:pPr>
      <w:r>
        <w:t xml:space="preserve">Kartları bir araya getirerek renkli ve düzenli bir poster </w:t>
      </w:r>
      <w:r>
        <w:t>tasarlayınız.</w:t>
      </w:r>
    </w:p>
    <w:p w:rsidR="0016765C" w:rsidRDefault="00624D74">
      <w:pPr>
        <w:pStyle w:val="ListeNumaras"/>
      </w:pPr>
      <w:r>
        <w:t>Poster üzerinde görseller ve kısa açıklamalara yer veriniz.</w:t>
      </w:r>
    </w:p>
    <w:p w:rsidR="0016765C" w:rsidRDefault="00624D74">
      <w:pPr>
        <w:pStyle w:val="ListeNumaras"/>
      </w:pPr>
      <w:r>
        <w:t>Çalışmanızı belirtilen tarihte öğretmeninize teslim ediniz.</w:t>
      </w:r>
    </w:p>
    <w:p w:rsidR="0016765C" w:rsidRDefault="00624D74">
      <w:pPr>
        <w:pStyle w:val="Balk2"/>
        <w:jc w:val="center"/>
      </w:pPr>
      <w:r>
        <w:t>PUANLAMA ÖLÇÜTLERİ</w:t>
      </w:r>
    </w:p>
    <w:p w:rsidR="0016765C" w:rsidRDefault="00624D74">
      <w:r>
        <w:t>- Bilgi Doğruluğu ve Kaynak Kullanımı: 20 Puan</w:t>
      </w:r>
    </w:p>
    <w:p w:rsidR="0016765C" w:rsidRDefault="00624D74">
      <w:r>
        <w:t>- Görsellik ve Kartların Düzeni: 20 Puan</w:t>
      </w:r>
    </w:p>
    <w:p w:rsidR="0016765C" w:rsidRDefault="00624D74">
      <w:r>
        <w:t>- Poster Sunumu</w:t>
      </w:r>
      <w:r>
        <w:t xml:space="preserve"> ve Estetik: 20 Puan</w:t>
      </w:r>
    </w:p>
    <w:p w:rsidR="0016765C" w:rsidRDefault="00624D74">
      <w:r>
        <w:t>- Açıklayıcılık ve Anlaşılabilirlik: 20 Puan</w:t>
      </w:r>
    </w:p>
    <w:p w:rsidR="0016765C" w:rsidRDefault="00624D74">
      <w:r>
        <w:t>- Zamanında Teslim: 20 Puan</w:t>
      </w:r>
    </w:p>
    <w:sectPr w:rsidR="0016765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6765C"/>
    <w:rsid w:val="0029639D"/>
    <w:rsid w:val="00326F90"/>
    <w:rsid w:val="00624D74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5D178A-3E10-4A45-A9E3-5247313AD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1108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2025-04-20T09:20:00Z</dcterms:modified>
  <cp:category/>
</cp:coreProperties>
</file>