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624" w:rsidRDefault="00E23498" w:rsidP="00E23498">
      <w:pPr>
        <w:pStyle w:val="Balk1"/>
        <w:jc w:val="center"/>
      </w:pPr>
      <w:r>
        <w:t xml:space="preserve">7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F3624">
        <w:tc>
          <w:tcPr>
            <w:tcW w:w="4320" w:type="dxa"/>
          </w:tcPr>
          <w:p w:rsidR="006F3624" w:rsidRDefault="00E23498">
            <w:r>
              <w:t>Adı Soyadı:</w:t>
            </w:r>
          </w:p>
        </w:tc>
        <w:tc>
          <w:tcPr>
            <w:tcW w:w="4320" w:type="dxa"/>
          </w:tcPr>
          <w:p w:rsidR="006F3624" w:rsidRDefault="00E23498">
            <w:r>
              <w:t>Sınıf / Şube / No:</w:t>
            </w:r>
          </w:p>
        </w:tc>
      </w:tr>
      <w:tr w:rsidR="006F3624">
        <w:tc>
          <w:tcPr>
            <w:tcW w:w="4320" w:type="dxa"/>
          </w:tcPr>
          <w:p w:rsidR="006F3624" w:rsidRDefault="00E23498">
            <w:r>
              <w:t>Okulu:</w:t>
            </w:r>
          </w:p>
        </w:tc>
        <w:tc>
          <w:tcPr>
            <w:tcW w:w="4320" w:type="dxa"/>
          </w:tcPr>
          <w:p w:rsidR="006F3624" w:rsidRDefault="006F3624"/>
        </w:tc>
      </w:tr>
      <w:tr w:rsidR="006F3624">
        <w:tc>
          <w:tcPr>
            <w:tcW w:w="4320" w:type="dxa"/>
          </w:tcPr>
          <w:p w:rsidR="006F3624" w:rsidRDefault="00E23498">
            <w:r>
              <w:t>Veriliş Tarihi:</w:t>
            </w:r>
          </w:p>
        </w:tc>
        <w:tc>
          <w:tcPr>
            <w:tcW w:w="4320" w:type="dxa"/>
          </w:tcPr>
          <w:p w:rsidR="006F3624" w:rsidRDefault="00E23498">
            <w:r>
              <w:t>Teslim Tarihi:</w:t>
            </w:r>
          </w:p>
        </w:tc>
      </w:tr>
      <w:tr w:rsidR="006F3624">
        <w:tc>
          <w:tcPr>
            <w:tcW w:w="8640" w:type="dxa"/>
            <w:gridSpan w:val="2"/>
          </w:tcPr>
          <w:p w:rsidR="006F3624" w:rsidRDefault="00E23498">
            <w:r>
              <w:t>Öğrenme Alanı / Ünite: IŞIĞIN MADDE İLE ETKİLEŞİMİ</w:t>
            </w:r>
            <w:r>
              <w:br/>
              <w:t xml:space="preserve">Konu: Saydamlık Özelliğine Göre Maddelerin </w:t>
            </w:r>
            <w:r>
              <w:t>Sınıflandırılması</w:t>
            </w:r>
          </w:p>
        </w:tc>
      </w:tr>
    </w:tbl>
    <w:p w:rsidR="006F3624" w:rsidRDefault="006F3624"/>
    <w:p w:rsidR="006F3624" w:rsidRDefault="00E23498">
      <w:pPr>
        <w:pStyle w:val="Balk2"/>
        <w:jc w:val="center"/>
      </w:pPr>
      <w:r>
        <w:t>PROJE KONUSU AÇIKLAMASI</w:t>
      </w:r>
    </w:p>
    <w:p w:rsidR="006F3624" w:rsidRDefault="00E23498">
      <w:r>
        <w:t>Günlük hayatta karşılaşılan farklı maddeleri ışığın geçip geçmediğine göre (saydam, yarı saydam, opak) sınıflandırınız. Bir ışık kaynağı yardımıyla gözlemlerinizi deney yoluyla raporlayınız.</w:t>
      </w:r>
    </w:p>
    <w:p w:rsidR="006F3624" w:rsidRDefault="00E23498">
      <w:pPr>
        <w:pStyle w:val="Balk2"/>
        <w:jc w:val="center"/>
      </w:pPr>
      <w:r>
        <w:t>PROJE YÖNERGESİ</w:t>
      </w:r>
    </w:p>
    <w:p w:rsidR="006F3624" w:rsidRDefault="00E23498">
      <w:pPr>
        <w:pStyle w:val="ListeNumaras"/>
      </w:pPr>
      <w:r>
        <w:t>Sayda</w:t>
      </w:r>
      <w:r>
        <w:t>m, yarı saydam ve opak madde tanımlarını öğreniniz.</w:t>
      </w:r>
    </w:p>
    <w:p w:rsidR="006F3624" w:rsidRDefault="00E23498">
      <w:pPr>
        <w:pStyle w:val="ListeNumaras"/>
      </w:pPr>
      <w:r>
        <w:t>En az 3 farklı maddeyi ışık geçirgenliğine göre test ediniz.</w:t>
      </w:r>
    </w:p>
    <w:p w:rsidR="006F3624" w:rsidRDefault="00E23498">
      <w:pPr>
        <w:pStyle w:val="ListeNumaras"/>
      </w:pPr>
      <w:r>
        <w:t>Bir el feneri ya da ışık kaynağı kullanarak ışığın geçişini gözlemleyiniz.</w:t>
      </w:r>
    </w:p>
    <w:p w:rsidR="006F3624" w:rsidRDefault="00E23498">
      <w:pPr>
        <w:pStyle w:val="ListeNumaras"/>
      </w:pPr>
      <w:r>
        <w:t>Maddeleri uygun şekilde sınıflandırınız.</w:t>
      </w:r>
    </w:p>
    <w:p w:rsidR="006F3624" w:rsidRDefault="00E23498">
      <w:pPr>
        <w:pStyle w:val="ListeNumaras"/>
      </w:pPr>
      <w:r>
        <w:t xml:space="preserve">Gözlem sonuçlarınızı tablo </w:t>
      </w:r>
      <w:r>
        <w:t>şeklinde yazınız.</w:t>
      </w:r>
    </w:p>
    <w:p w:rsidR="006F3624" w:rsidRDefault="00E23498">
      <w:pPr>
        <w:pStyle w:val="ListeNumaras"/>
      </w:pPr>
      <w:r>
        <w:t>Sonuçları açıklayan kısa bir rapor hazırlayınız.</w:t>
      </w:r>
    </w:p>
    <w:p w:rsidR="006F3624" w:rsidRDefault="00E23498">
      <w:pPr>
        <w:pStyle w:val="ListeNumaras"/>
      </w:pPr>
      <w:r>
        <w:t>Projenizi belirtilen tarihte öğretmeninize teslim ediniz.</w:t>
      </w:r>
    </w:p>
    <w:p w:rsidR="006F3624" w:rsidRDefault="00E23498">
      <w:pPr>
        <w:pStyle w:val="Balk2"/>
        <w:jc w:val="center"/>
      </w:pPr>
      <w:r>
        <w:t>PUANLAMA ÖLÇÜTLERİ</w:t>
      </w:r>
    </w:p>
    <w:p w:rsidR="006F3624" w:rsidRDefault="00E23498">
      <w:r>
        <w:t>- Madde Seçimi ve Sınıflandırma: 20 Puan</w:t>
      </w:r>
    </w:p>
    <w:p w:rsidR="006F3624" w:rsidRDefault="00E23498">
      <w:r>
        <w:t>- Deneyin Uygunluğu: 20 Puan</w:t>
      </w:r>
    </w:p>
    <w:p w:rsidR="006F3624" w:rsidRDefault="00E23498">
      <w:r>
        <w:t>- Gözlem ve Raporlama: 20 Puan</w:t>
      </w:r>
    </w:p>
    <w:p w:rsidR="006F3624" w:rsidRDefault="00E23498">
      <w:r>
        <w:t>- Sunumun D</w:t>
      </w:r>
      <w:r>
        <w:t>üzeni ve Açıklığı: 20 Puan</w:t>
      </w:r>
    </w:p>
    <w:p w:rsidR="006F3624" w:rsidRDefault="00E23498">
      <w:r>
        <w:t>- Zamanında Teslim: 20 Puan</w:t>
      </w:r>
    </w:p>
    <w:sectPr w:rsidR="006F362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F3624"/>
    <w:rsid w:val="00AA1D8D"/>
    <w:rsid w:val="00B47730"/>
    <w:rsid w:val="00CB0664"/>
    <w:rsid w:val="00E2349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EA2EBB-7D5A-4AB7-88E4-9FCD2C3E5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2025-04-20T11:45:00Z</dcterms:modified>
  <cp:category/>
</cp:coreProperties>
</file>