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67E" w:rsidRDefault="00353004" w:rsidP="00353004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D067E">
        <w:tc>
          <w:tcPr>
            <w:tcW w:w="4320" w:type="dxa"/>
          </w:tcPr>
          <w:p w:rsidR="002D067E" w:rsidRDefault="00353004">
            <w:r>
              <w:t>Adı Soyadı:</w:t>
            </w:r>
          </w:p>
        </w:tc>
        <w:tc>
          <w:tcPr>
            <w:tcW w:w="4320" w:type="dxa"/>
          </w:tcPr>
          <w:p w:rsidR="002D067E" w:rsidRDefault="00353004">
            <w:r>
              <w:t>Sınıf / Şube / No:</w:t>
            </w:r>
          </w:p>
        </w:tc>
      </w:tr>
      <w:tr w:rsidR="002D067E">
        <w:tc>
          <w:tcPr>
            <w:tcW w:w="4320" w:type="dxa"/>
          </w:tcPr>
          <w:p w:rsidR="002D067E" w:rsidRDefault="00353004">
            <w:r>
              <w:t>Okulu:</w:t>
            </w:r>
          </w:p>
        </w:tc>
        <w:tc>
          <w:tcPr>
            <w:tcW w:w="4320" w:type="dxa"/>
          </w:tcPr>
          <w:p w:rsidR="002D067E" w:rsidRDefault="002D067E"/>
        </w:tc>
      </w:tr>
      <w:tr w:rsidR="002D067E">
        <w:tc>
          <w:tcPr>
            <w:tcW w:w="4320" w:type="dxa"/>
          </w:tcPr>
          <w:p w:rsidR="002D067E" w:rsidRDefault="00353004">
            <w:r>
              <w:t>Veriliş Tarihi:</w:t>
            </w:r>
          </w:p>
        </w:tc>
        <w:tc>
          <w:tcPr>
            <w:tcW w:w="4320" w:type="dxa"/>
          </w:tcPr>
          <w:p w:rsidR="002D067E" w:rsidRDefault="00353004">
            <w:r>
              <w:t>Teslim Tarihi:</w:t>
            </w:r>
          </w:p>
        </w:tc>
      </w:tr>
      <w:tr w:rsidR="002D067E">
        <w:tc>
          <w:tcPr>
            <w:tcW w:w="8640" w:type="dxa"/>
            <w:gridSpan w:val="2"/>
          </w:tcPr>
          <w:p w:rsidR="002D067E" w:rsidRDefault="00353004">
            <w:r>
              <w:t>Öğrenme Alanı / Ünite: SAF MADDE VE KARIŞIMLAR</w:t>
            </w:r>
            <w:r>
              <w:br/>
              <w:t>Konu: Fiziksel Yöntemlerle Karışım Ayırma Deneyi</w:t>
            </w:r>
          </w:p>
        </w:tc>
      </w:tr>
    </w:tbl>
    <w:p w:rsidR="002D067E" w:rsidRDefault="002D067E"/>
    <w:p w:rsidR="002D067E" w:rsidRDefault="00353004">
      <w:pPr>
        <w:pStyle w:val="Balk2"/>
        <w:jc w:val="center"/>
      </w:pPr>
      <w:r>
        <w:t>PROJE KONUSU AÇIKLAMASI</w:t>
      </w:r>
    </w:p>
    <w:p w:rsidR="002D067E" w:rsidRDefault="00353004">
      <w:r>
        <w:t>Evde bulunan malzemelerle bir karışım hazırlayınız ve bu karışımı fiziksel ayırma yöntemlerinden biriyle (eleme, süzme, mıknatıs, buharlaştırma vb.) ayırarak gözlemlerinizi raporlayınız.</w:t>
      </w:r>
    </w:p>
    <w:p w:rsidR="002D067E" w:rsidRDefault="00353004">
      <w:pPr>
        <w:pStyle w:val="Balk2"/>
        <w:jc w:val="center"/>
      </w:pPr>
      <w:r>
        <w:t>PROJE YÖNERGESİ</w:t>
      </w:r>
    </w:p>
    <w:p w:rsidR="002D067E" w:rsidRDefault="00353004">
      <w:pPr>
        <w:pStyle w:val="ListeNumaras"/>
      </w:pPr>
      <w:r>
        <w:t>Karışımların tanımını ve ayır</w:t>
      </w:r>
      <w:r>
        <w:t>ma yöntemlerini araştırınız.</w:t>
      </w:r>
    </w:p>
    <w:p w:rsidR="002D067E" w:rsidRDefault="00353004">
      <w:pPr>
        <w:pStyle w:val="ListeNumaras"/>
      </w:pPr>
      <w:r>
        <w:t>Evde hazırlayabileceğiniz basit bir karışım belirleyiniz (örneğin: kum-demir tozu, su-tuz, un-taş vb.).</w:t>
      </w:r>
    </w:p>
    <w:p w:rsidR="002D067E" w:rsidRDefault="00353004">
      <w:pPr>
        <w:pStyle w:val="ListeNumaras"/>
      </w:pPr>
      <w:r>
        <w:t>Ayırma yönteminizi uygulayarak işlemi adım adım kaydediniz.</w:t>
      </w:r>
    </w:p>
    <w:p w:rsidR="002D067E" w:rsidRDefault="00353004">
      <w:pPr>
        <w:pStyle w:val="ListeNumaras"/>
      </w:pPr>
      <w:r>
        <w:t xml:space="preserve">Gözlemlerinizi tablo haline getiriniz ve ayırma işleminin </w:t>
      </w:r>
      <w:r>
        <w:t>sonucunu yazınız.</w:t>
      </w:r>
    </w:p>
    <w:p w:rsidR="002D067E" w:rsidRDefault="00353004">
      <w:pPr>
        <w:pStyle w:val="ListeNumaras"/>
      </w:pPr>
      <w:r>
        <w:t>Projenizi belirtilen tarihte öğretmeninize teslim ediniz.</w:t>
      </w:r>
    </w:p>
    <w:p w:rsidR="002D067E" w:rsidRDefault="00353004">
      <w:pPr>
        <w:pStyle w:val="Balk2"/>
        <w:jc w:val="center"/>
      </w:pPr>
      <w:r>
        <w:t>PUANLAMA ÖLÇÜTLERİ</w:t>
      </w:r>
    </w:p>
    <w:p w:rsidR="002D067E" w:rsidRDefault="00353004">
      <w:r>
        <w:t>- Karışımın ve Ayırma Yönteminin Uygunluğu: 20 Puan</w:t>
      </w:r>
    </w:p>
    <w:p w:rsidR="002D067E" w:rsidRDefault="00353004">
      <w:r>
        <w:t>- Gözlem ve Açıklama: 20 Puan</w:t>
      </w:r>
    </w:p>
    <w:p w:rsidR="002D067E" w:rsidRDefault="00353004">
      <w:r>
        <w:t>- Deneyin Bilimsel Doğruluğu: 20 Puan</w:t>
      </w:r>
    </w:p>
    <w:p w:rsidR="002D067E" w:rsidRDefault="00353004">
      <w:r>
        <w:t>- Raporun Düzeni ve Anlaşılabilirliği: 20</w:t>
      </w:r>
      <w:r>
        <w:t xml:space="preserve"> Puan</w:t>
      </w:r>
    </w:p>
    <w:p w:rsidR="002D067E" w:rsidRDefault="00353004">
      <w:r>
        <w:t>- Zamanında Teslim: 20 Puan</w:t>
      </w:r>
    </w:p>
    <w:sectPr w:rsidR="002D06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D067E"/>
    <w:rsid w:val="00326F90"/>
    <w:rsid w:val="0035300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28CE32-CB24-424C-A2A4-A6687CEB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2025-04-20T11:43:00Z</dcterms:modified>
  <cp:category/>
</cp:coreProperties>
</file>