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CEE" w:rsidRDefault="003C1D36" w:rsidP="003C1D36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B3CEE">
        <w:tc>
          <w:tcPr>
            <w:tcW w:w="4320" w:type="dxa"/>
          </w:tcPr>
          <w:p w:rsidR="00DB3CEE" w:rsidRDefault="003C1D36">
            <w:r>
              <w:t>Adı Soyadı:</w:t>
            </w:r>
          </w:p>
        </w:tc>
        <w:tc>
          <w:tcPr>
            <w:tcW w:w="4320" w:type="dxa"/>
          </w:tcPr>
          <w:p w:rsidR="00DB3CEE" w:rsidRDefault="003C1D36">
            <w:r>
              <w:t>Sınıf / Şube / No:</w:t>
            </w:r>
          </w:p>
        </w:tc>
      </w:tr>
      <w:tr w:rsidR="00DB3CEE">
        <w:tc>
          <w:tcPr>
            <w:tcW w:w="4320" w:type="dxa"/>
          </w:tcPr>
          <w:p w:rsidR="00DB3CEE" w:rsidRDefault="003C1D36">
            <w:r>
              <w:t>Okulu:</w:t>
            </w:r>
          </w:p>
        </w:tc>
        <w:tc>
          <w:tcPr>
            <w:tcW w:w="4320" w:type="dxa"/>
          </w:tcPr>
          <w:p w:rsidR="00DB3CEE" w:rsidRDefault="00DB3CEE"/>
        </w:tc>
      </w:tr>
      <w:tr w:rsidR="00DB3CEE">
        <w:tc>
          <w:tcPr>
            <w:tcW w:w="4320" w:type="dxa"/>
          </w:tcPr>
          <w:p w:rsidR="00DB3CEE" w:rsidRDefault="003C1D36">
            <w:r>
              <w:t>Veriliş Tarihi:</w:t>
            </w:r>
          </w:p>
        </w:tc>
        <w:tc>
          <w:tcPr>
            <w:tcW w:w="4320" w:type="dxa"/>
          </w:tcPr>
          <w:p w:rsidR="00DB3CEE" w:rsidRDefault="003C1D36">
            <w:r>
              <w:t>Teslim Tarihi:</w:t>
            </w:r>
          </w:p>
        </w:tc>
      </w:tr>
      <w:tr w:rsidR="00DB3CEE">
        <w:tc>
          <w:tcPr>
            <w:tcW w:w="8640" w:type="dxa"/>
            <w:gridSpan w:val="2"/>
          </w:tcPr>
          <w:p w:rsidR="00DB3CEE" w:rsidRDefault="003C1D36">
            <w:r>
              <w:t>Öğrenme Alanı / Ünite: HÜCRE VE BÖLÜNMELER / CANLILAR VE YAŞAM</w:t>
            </w:r>
            <w:r>
              <w:br/>
              <w:t xml:space="preserve">Konu: Mitoz Bölünme Evrelerinin 3 </w:t>
            </w:r>
            <w:r>
              <w:t>Boyutlu Modeli</w:t>
            </w:r>
          </w:p>
        </w:tc>
      </w:tr>
    </w:tbl>
    <w:p w:rsidR="00DB3CEE" w:rsidRDefault="00DB3CEE"/>
    <w:p w:rsidR="00DB3CEE" w:rsidRDefault="003C1D36">
      <w:pPr>
        <w:pStyle w:val="Balk2"/>
        <w:jc w:val="center"/>
      </w:pPr>
      <w:r>
        <w:t>PROJE KONUSU AÇIKLAMASI</w:t>
      </w:r>
    </w:p>
    <w:p w:rsidR="00DB3CEE" w:rsidRDefault="003C1D36">
      <w:r>
        <w:t>Mitoz bölünmenin evrelerini gösterecek şekilde 3 boyutlu bir model hazırlayınız. Her evreyi (interfaz, profaz, metafaz, anafaz, telofaz) açık şekilde temsil ediniz ve görevlerini açıklayınız.</w:t>
      </w:r>
    </w:p>
    <w:p w:rsidR="00DB3CEE" w:rsidRDefault="003C1D36">
      <w:pPr>
        <w:pStyle w:val="Balk2"/>
        <w:jc w:val="center"/>
      </w:pPr>
      <w:r>
        <w:t>PROJE YÖNERGESİ</w:t>
      </w:r>
    </w:p>
    <w:p w:rsidR="00DB3CEE" w:rsidRDefault="003C1D36">
      <w:pPr>
        <w:pStyle w:val="ListeNumaras"/>
      </w:pPr>
      <w:r>
        <w:t>Mitoz b</w:t>
      </w:r>
      <w:r>
        <w:t>ölünmenin evrelerini ve özelliklerini araştırınız.</w:t>
      </w:r>
    </w:p>
    <w:p w:rsidR="00DB3CEE" w:rsidRDefault="003C1D36">
      <w:pPr>
        <w:pStyle w:val="ListeNumaras"/>
      </w:pPr>
      <w:r>
        <w:t>Her evreyi temsil edecek materyallerle model hazırlayınız.</w:t>
      </w:r>
    </w:p>
    <w:p w:rsidR="00DB3CEE" w:rsidRDefault="003C1D36">
      <w:pPr>
        <w:pStyle w:val="ListeNumaras"/>
      </w:pPr>
      <w:r>
        <w:t>Her evrenin altına adı ve kısa açıklaması yazınız.</w:t>
      </w:r>
    </w:p>
    <w:p w:rsidR="00DB3CEE" w:rsidRDefault="003C1D36">
      <w:pPr>
        <w:pStyle w:val="ListeNumaras"/>
      </w:pPr>
      <w:r>
        <w:t>Modelinizi karton, hamur, renkli kâğıt gibi malzemelerle oluşturabilirsiniz.</w:t>
      </w:r>
    </w:p>
    <w:p w:rsidR="00DB3CEE" w:rsidRDefault="003C1D36">
      <w:pPr>
        <w:pStyle w:val="ListeNumaras"/>
      </w:pPr>
      <w:r>
        <w:t xml:space="preserve">Hazırladığınız </w:t>
      </w:r>
      <w:r>
        <w:t>modeli sınıfta sunmaya hazır olunuz.</w:t>
      </w:r>
    </w:p>
    <w:p w:rsidR="00DB3CEE" w:rsidRDefault="003C1D36">
      <w:pPr>
        <w:pStyle w:val="ListeNumaras"/>
      </w:pPr>
      <w:r>
        <w:t>Modelinizi belirtilen tarihte öğretmeninize teslim ediniz.</w:t>
      </w:r>
    </w:p>
    <w:p w:rsidR="00DB3CEE" w:rsidRDefault="003C1D36">
      <w:pPr>
        <w:pStyle w:val="Balk2"/>
        <w:jc w:val="center"/>
      </w:pPr>
      <w:r>
        <w:t>PUANLAMA ÖLÇÜTLERİ</w:t>
      </w:r>
    </w:p>
    <w:p w:rsidR="00DB3CEE" w:rsidRDefault="003C1D36">
      <w:r>
        <w:t>- Evrelerin Doğru Gösterimi: 20 Puan</w:t>
      </w:r>
    </w:p>
    <w:p w:rsidR="00DB3CEE" w:rsidRDefault="003C1D36">
      <w:r>
        <w:t>- Açıklamaların Bilimsel Doğruluğu: 20 Puan</w:t>
      </w:r>
    </w:p>
    <w:p w:rsidR="00DB3CEE" w:rsidRDefault="003C1D36">
      <w:r>
        <w:t>- Modelin Görsel Anlatımı: 20 Puan</w:t>
      </w:r>
    </w:p>
    <w:p w:rsidR="00DB3CEE" w:rsidRDefault="003C1D36">
      <w:r>
        <w:t>- Sunum Hazırlığı ve Anla</w:t>
      </w:r>
      <w:r>
        <w:t>tım: 20 Puan</w:t>
      </w:r>
    </w:p>
    <w:p w:rsidR="00DB3CEE" w:rsidRDefault="003C1D36">
      <w:r>
        <w:t>- Zamanında Teslim: 20 Puan</w:t>
      </w:r>
    </w:p>
    <w:sectPr w:rsidR="00DB3CE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1D36"/>
    <w:rsid w:val="00AA1D8D"/>
    <w:rsid w:val="00B47730"/>
    <w:rsid w:val="00CB0664"/>
    <w:rsid w:val="00DB3CE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E70CDEA-AE56-468B-9793-5673E12D9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2025-04-20T09:22:00Z</dcterms:modified>
  <cp:category/>
</cp:coreProperties>
</file>