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10F" w:rsidRDefault="00AF2BD4" w:rsidP="00AF2BD4">
      <w:pPr>
        <w:pStyle w:val="Balk1"/>
        <w:jc w:val="center"/>
      </w:pPr>
      <w:proofErr w:type="gramStart"/>
      <w:r>
        <w:t xml:space="preserve">7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B510F">
        <w:tc>
          <w:tcPr>
            <w:tcW w:w="4320" w:type="dxa"/>
          </w:tcPr>
          <w:p w:rsidR="002B510F" w:rsidRDefault="00AF2BD4">
            <w:r>
              <w:t>Adı Soyadı:</w:t>
            </w:r>
          </w:p>
        </w:tc>
        <w:tc>
          <w:tcPr>
            <w:tcW w:w="4320" w:type="dxa"/>
          </w:tcPr>
          <w:p w:rsidR="002B510F" w:rsidRDefault="00AF2BD4">
            <w:r>
              <w:t>Sınıf / Şube / No:</w:t>
            </w:r>
          </w:p>
        </w:tc>
      </w:tr>
      <w:tr w:rsidR="002B510F">
        <w:tc>
          <w:tcPr>
            <w:tcW w:w="4320" w:type="dxa"/>
          </w:tcPr>
          <w:p w:rsidR="002B510F" w:rsidRDefault="00AF2BD4">
            <w:r>
              <w:t>Okulu:</w:t>
            </w:r>
          </w:p>
        </w:tc>
        <w:tc>
          <w:tcPr>
            <w:tcW w:w="4320" w:type="dxa"/>
          </w:tcPr>
          <w:p w:rsidR="002B510F" w:rsidRDefault="002B510F"/>
        </w:tc>
      </w:tr>
      <w:tr w:rsidR="002B510F">
        <w:tc>
          <w:tcPr>
            <w:tcW w:w="4320" w:type="dxa"/>
          </w:tcPr>
          <w:p w:rsidR="002B510F" w:rsidRDefault="00AF2BD4">
            <w:r>
              <w:t>Veriliş Tarihi:</w:t>
            </w:r>
          </w:p>
        </w:tc>
        <w:tc>
          <w:tcPr>
            <w:tcW w:w="4320" w:type="dxa"/>
          </w:tcPr>
          <w:p w:rsidR="002B510F" w:rsidRDefault="00AF2BD4">
            <w:r>
              <w:t>Teslim Tarihi:</w:t>
            </w:r>
          </w:p>
        </w:tc>
      </w:tr>
      <w:tr w:rsidR="002B510F">
        <w:tc>
          <w:tcPr>
            <w:tcW w:w="8640" w:type="dxa"/>
            <w:gridSpan w:val="2"/>
          </w:tcPr>
          <w:p w:rsidR="002B510F" w:rsidRDefault="00AF2BD4">
            <w:r>
              <w:t>Öğrenme Alanı / Ünite: KUVVET VE ENERJİ / FİZİKSEL OLAYLAR</w:t>
            </w:r>
            <w:r>
              <w:br/>
              <w:t xml:space="preserve">Konu: Yükseklik ve Esneklikle Potansiyel </w:t>
            </w:r>
            <w:r>
              <w:t>Enerji Gösterimi</w:t>
            </w:r>
          </w:p>
        </w:tc>
      </w:tr>
    </w:tbl>
    <w:p w:rsidR="002B510F" w:rsidRDefault="002B510F"/>
    <w:p w:rsidR="002B510F" w:rsidRDefault="00AF2BD4">
      <w:pPr>
        <w:pStyle w:val="Balk2"/>
        <w:jc w:val="center"/>
      </w:pPr>
      <w:r>
        <w:t>PROJE KONUSU AÇIKLAMASI</w:t>
      </w:r>
    </w:p>
    <w:p w:rsidR="002B510F" w:rsidRDefault="00AF2BD4">
      <w:r>
        <w:t>Potansiyel enerjinin bir cisme nasıl depolandığını gösterecek basit bir model hazırlayınız. Yay, yaylı oyuncak, zıplayan top veya yüksekten bırakılan cisim gibi malzemeler kullanarak enerji birikimini açıklayınız.</w:t>
      </w:r>
    </w:p>
    <w:p w:rsidR="002B510F" w:rsidRDefault="00AF2BD4">
      <w:pPr>
        <w:pStyle w:val="Balk2"/>
        <w:jc w:val="center"/>
      </w:pPr>
      <w:r>
        <w:t>PROJE YÖNERGESİ</w:t>
      </w:r>
    </w:p>
    <w:p w:rsidR="002B510F" w:rsidRDefault="00AF2BD4">
      <w:pPr>
        <w:pStyle w:val="ListeNumaras"/>
      </w:pPr>
      <w:r>
        <w:t>Potansiyel enerji nedir, hangi durumlarda ortaya çıkar araştırınız.</w:t>
      </w:r>
    </w:p>
    <w:p w:rsidR="002B510F" w:rsidRDefault="00AF2BD4">
      <w:pPr>
        <w:pStyle w:val="ListeNumaras"/>
      </w:pPr>
      <w:r>
        <w:t>Yükseklik veya esneklik kullanan bir model seçiniz.</w:t>
      </w:r>
    </w:p>
    <w:p w:rsidR="002B510F" w:rsidRDefault="00AF2BD4">
      <w:pPr>
        <w:pStyle w:val="ListeNumaras"/>
      </w:pPr>
      <w:r>
        <w:t>Modeli oluştururken malzeme güvenliğine dikkat ediniz.</w:t>
      </w:r>
    </w:p>
    <w:p w:rsidR="002B510F" w:rsidRDefault="00AF2BD4">
      <w:pPr>
        <w:pStyle w:val="ListeNumaras"/>
      </w:pPr>
      <w:r>
        <w:t xml:space="preserve">Modelin ne şekilde potansiyel enerji içerdiğini açıklayan bir </w:t>
      </w:r>
      <w:r>
        <w:t>yazı hazırlayınız.</w:t>
      </w:r>
    </w:p>
    <w:p w:rsidR="002B510F" w:rsidRDefault="00AF2BD4">
      <w:pPr>
        <w:pStyle w:val="ListeNumaras"/>
      </w:pPr>
      <w:r>
        <w:t>Modelinizi sınıfta anlatacak şekilde hazırlayınız.</w:t>
      </w:r>
    </w:p>
    <w:p w:rsidR="002B510F" w:rsidRDefault="00AF2BD4">
      <w:pPr>
        <w:pStyle w:val="ListeNumaras"/>
      </w:pPr>
      <w:r>
        <w:t>Belirtilen tarihte öğretmeninize teslim ediniz.</w:t>
      </w:r>
    </w:p>
    <w:p w:rsidR="002B510F" w:rsidRDefault="00AF2BD4">
      <w:pPr>
        <w:pStyle w:val="Balk2"/>
        <w:jc w:val="center"/>
      </w:pPr>
      <w:r>
        <w:t>PUANLAMA ÖLÇÜTLERİ</w:t>
      </w:r>
    </w:p>
    <w:p w:rsidR="002B510F" w:rsidRDefault="00AF2BD4">
      <w:r>
        <w:t>- Modelin Uygunluğu ve Konuya Bağlılığı: 20 Puan</w:t>
      </w:r>
    </w:p>
    <w:p w:rsidR="002B510F" w:rsidRDefault="00AF2BD4">
      <w:r>
        <w:t>- Görsellik ve Açıklayıcılık: 20 Puan</w:t>
      </w:r>
    </w:p>
    <w:p w:rsidR="002B510F" w:rsidRDefault="00AF2BD4">
      <w:r>
        <w:t>- Kavramın Anlatımı: 20 Puan</w:t>
      </w:r>
    </w:p>
    <w:p w:rsidR="002B510F" w:rsidRDefault="00AF2BD4">
      <w:r>
        <w:t>- S</w:t>
      </w:r>
      <w:r>
        <w:t>unum Hazırlığı: 20 Puan</w:t>
      </w:r>
    </w:p>
    <w:p w:rsidR="002B510F" w:rsidRDefault="00AF2BD4">
      <w:r>
        <w:t>- Zamanında Teslim: 20 Puan</w:t>
      </w:r>
    </w:p>
    <w:sectPr w:rsidR="002B510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B510F"/>
    <w:rsid w:val="00326F90"/>
    <w:rsid w:val="00AA1D8D"/>
    <w:rsid w:val="00AF2BD4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E12836F-C0E4-47A6-9747-FEB2243F1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2025-04-20T11:39:00Z</dcterms:modified>
  <cp:category/>
</cp:coreProperties>
</file>