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069" w:rsidRDefault="00063229" w:rsidP="00063229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22069">
        <w:tc>
          <w:tcPr>
            <w:tcW w:w="4320" w:type="dxa"/>
          </w:tcPr>
          <w:p w:rsidR="00322069" w:rsidRDefault="00063229">
            <w:r>
              <w:t>Adı Soyadı:</w:t>
            </w:r>
          </w:p>
        </w:tc>
        <w:tc>
          <w:tcPr>
            <w:tcW w:w="4320" w:type="dxa"/>
          </w:tcPr>
          <w:p w:rsidR="00322069" w:rsidRDefault="00063229">
            <w:r>
              <w:t>Sınıf / Şube / No:</w:t>
            </w:r>
          </w:p>
        </w:tc>
      </w:tr>
      <w:tr w:rsidR="00322069">
        <w:tc>
          <w:tcPr>
            <w:tcW w:w="4320" w:type="dxa"/>
          </w:tcPr>
          <w:p w:rsidR="00322069" w:rsidRDefault="00063229">
            <w:r>
              <w:t>Okulu:</w:t>
            </w:r>
          </w:p>
        </w:tc>
        <w:tc>
          <w:tcPr>
            <w:tcW w:w="4320" w:type="dxa"/>
          </w:tcPr>
          <w:p w:rsidR="00322069" w:rsidRDefault="00322069"/>
        </w:tc>
      </w:tr>
      <w:tr w:rsidR="00322069">
        <w:tc>
          <w:tcPr>
            <w:tcW w:w="4320" w:type="dxa"/>
          </w:tcPr>
          <w:p w:rsidR="00322069" w:rsidRDefault="00063229">
            <w:r>
              <w:t>Veriliş Tarihi:</w:t>
            </w:r>
          </w:p>
        </w:tc>
        <w:tc>
          <w:tcPr>
            <w:tcW w:w="4320" w:type="dxa"/>
          </w:tcPr>
          <w:p w:rsidR="00322069" w:rsidRDefault="00063229">
            <w:r>
              <w:t>Teslim Tarihi:</w:t>
            </w:r>
          </w:p>
        </w:tc>
      </w:tr>
      <w:tr w:rsidR="00322069">
        <w:tc>
          <w:tcPr>
            <w:tcW w:w="8640" w:type="dxa"/>
            <w:gridSpan w:val="2"/>
          </w:tcPr>
          <w:p w:rsidR="00322069" w:rsidRDefault="00063229">
            <w:r>
              <w:t>Öğrenme Alanı / Ünite: GÜNEŞ SİSTEMİ VE ÖTESİ</w:t>
            </w:r>
            <w:r>
              <w:br/>
              <w:t xml:space="preserve">Konu: Yapay Uydular, Uzay Teleskopları ve Keşif </w:t>
            </w:r>
            <w:r>
              <w:t>Araçlarının Tanıtımı</w:t>
            </w:r>
          </w:p>
        </w:tc>
      </w:tr>
    </w:tbl>
    <w:p w:rsidR="00322069" w:rsidRDefault="00322069"/>
    <w:p w:rsidR="00322069" w:rsidRDefault="00063229">
      <w:pPr>
        <w:pStyle w:val="Balk2"/>
        <w:jc w:val="center"/>
      </w:pPr>
      <w:r>
        <w:t>PROJE KONUSU AÇIKLAMASI</w:t>
      </w:r>
    </w:p>
    <w:p w:rsidR="00322069" w:rsidRDefault="00063229">
      <w:r>
        <w:t>Farklı uzay araçlarını (uydular, teleskoplar, keşif robotları vb.) araştırarak görevlerini açıklayan bir afiş hazırlayınız. Afişte araçların görevleri, hedefleri ve uzaydaki önemi görsellerle gösterilmelidir.</w:t>
      </w:r>
    </w:p>
    <w:p w:rsidR="00322069" w:rsidRDefault="00063229">
      <w:pPr>
        <w:pStyle w:val="Balk2"/>
        <w:jc w:val="center"/>
      </w:pPr>
      <w:r>
        <w:t>PROJE YÖNERGESİ</w:t>
      </w:r>
    </w:p>
    <w:p w:rsidR="00322069" w:rsidRDefault="00063229">
      <w:pPr>
        <w:pStyle w:val="ListeNumaras"/>
      </w:pPr>
      <w:r>
        <w:t>Uzay araştırmalarında kullanılan araçları belirleyiniz.</w:t>
      </w:r>
    </w:p>
    <w:p w:rsidR="00322069" w:rsidRDefault="00063229">
      <w:pPr>
        <w:pStyle w:val="ListeNumaras"/>
      </w:pPr>
      <w:r>
        <w:t>Her araç için kısa bir tanıtım ve görev açıklaması yazınız.</w:t>
      </w:r>
    </w:p>
    <w:p w:rsidR="00322069" w:rsidRDefault="00063229">
      <w:pPr>
        <w:pStyle w:val="ListeNumaras"/>
      </w:pPr>
      <w:r>
        <w:t>Afişinize başlık, alt başlıklar ve resimler ekleyiniz.</w:t>
      </w:r>
    </w:p>
    <w:p w:rsidR="00322069" w:rsidRDefault="00063229">
      <w:pPr>
        <w:pStyle w:val="ListeNumaras"/>
      </w:pPr>
      <w:r>
        <w:t>Teleskop, yapay uydu, Mars keşif aracı gibi araçlara yer veriniz.</w:t>
      </w:r>
    </w:p>
    <w:p w:rsidR="00322069" w:rsidRDefault="00063229">
      <w:pPr>
        <w:pStyle w:val="ListeNumaras"/>
      </w:pPr>
      <w:r>
        <w:t>Afişi renkli ve öğretici olacak şekilde tasarlayınız.</w:t>
      </w:r>
    </w:p>
    <w:p w:rsidR="00322069" w:rsidRDefault="00063229">
      <w:pPr>
        <w:pStyle w:val="ListeNumaras"/>
      </w:pPr>
      <w:r>
        <w:t>Hazırladığınız çalışmayı belirtilen tarihte öğretmeninize teslim ediniz.</w:t>
      </w:r>
    </w:p>
    <w:p w:rsidR="00322069" w:rsidRDefault="00063229">
      <w:pPr>
        <w:pStyle w:val="Balk2"/>
        <w:jc w:val="center"/>
      </w:pPr>
      <w:r>
        <w:t>PUANLAMA ÖLÇÜTLERİ</w:t>
      </w:r>
    </w:p>
    <w:p w:rsidR="00322069" w:rsidRDefault="00063229">
      <w:r>
        <w:t>- Araçların Tanıtımı ve Görev Açıklamaları: 20 Puan</w:t>
      </w:r>
    </w:p>
    <w:p w:rsidR="00322069" w:rsidRDefault="00063229">
      <w:r>
        <w:t>- Bilgi Kaynaklarının Doğruluğu: 20 Puan</w:t>
      </w:r>
    </w:p>
    <w:p w:rsidR="00322069" w:rsidRDefault="00063229">
      <w:r>
        <w:t>- Görsel Kullanım</w:t>
      </w:r>
      <w:r>
        <w:t>ı ve Tasarım: 20 Puan</w:t>
      </w:r>
    </w:p>
    <w:p w:rsidR="00322069" w:rsidRDefault="00063229">
      <w:r>
        <w:t>- Sunumun Öğreticiliği: 20 Puan</w:t>
      </w:r>
    </w:p>
    <w:p w:rsidR="00322069" w:rsidRDefault="00063229">
      <w:r>
        <w:t>- Zamanında Teslim: 20 Puan</w:t>
      </w:r>
    </w:p>
    <w:sectPr w:rsidR="0032206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3229"/>
    <w:rsid w:val="0015074B"/>
    <w:rsid w:val="0029639D"/>
    <w:rsid w:val="00322069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9966DA-7107-4D55-BF74-FDE56CC0C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2025-04-20T09:20:00Z</dcterms:modified>
  <cp:category/>
</cp:coreProperties>
</file>