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62BA" w:rsidRDefault="00210282" w:rsidP="00210282">
      <w:pPr>
        <w:pStyle w:val="Balk1"/>
        <w:jc w:val="center"/>
      </w:pPr>
      <w:proofErr w:type="gramStart"/>
      <w:r>
        <w:t xml:space="preserve">8 SINIF FEN BİLİMLERİ PROJE GÖREV YÖNERGESİ </w:t>
      </w:r>
      <w:bookmarkStart w:id="0" w:name="_GoBack"/>
      <w:bookmarkEnd w:id="0"/>
      <w:r>
        <w:t>EĞİTİM-ÖĞRETİM YILI: 20....</w:t>
      </w:r>
      <w:proofErr w:type="gramEnd"/>
      <w:r>
        <w:t xml:space="preserve"> – 20....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2262BA">
        <w:tc>
          <w:tcPr>
            <w:tcW w:w="4320" w:type="dxa"/>
          </w:tcPr>
          <w:p w:rsidR="002262BA" w:rsidRDefault="00210282">
            <w:r>
              <w:t>Adı Soyadı:</w:t>
            </w:r>
          </w:p>
        </w:tc>
        <w:tc>
          <w:tcPr>
            <w:tcW w:w="4320" w:type="dxa"/>
          </w:tcPr>
          <w:p w:rsidR="002262BA" w:rsidRDefault="00210282">
            <w:r>
              <w:t>Sınıf / Şube / No:</w:t>
            </w:r>
          </w:p>
        </w:tc>
      </w:tr>
      <w:tr w:rsidR="002262BA">
        <w:tc>
          <w:tcPr>
            <w:tcW w:w="4320" w:type="dxa"/>
          </w:tcPr>
          <w:p w:rsidR="002262BA" w:rsidRDefault="00210282">
            <w:r>
              <w:t>Okulu:</w:t>
            </w:r>
          </w:p>
        </w:tc>
        <w:tc>
          <w:tcPr>
            <w:tcW w:w="4320" w:type="dxa"/>
          </w:tcPr>
          <w:p w:rsidR="002262BA" w:rsidRDefault="002262BA"/>
        </w:tc>
      </w:tr>
      <w:tr w:rsidR="002262BA">
        <w:tc>
          <w:tcPr>
            <w:tcW w:w="4320" w:type="dxa"/>
          </w:tcPr>
          <w:p w:rsidR="002262BA" w:rsidRDefault="00210282">
            <w:r>
              <w:t>Veriliş Tarihi:</w:t>
            </w:r>
          </w:p>
        </w:tc>
        <w:tc>
          <w:tcPr>
            <w:tcW w:w="4320" w:type="dxa"/>
          </w:tcPr>
          <w:p w:rsidR="002262BA" w:rsidRDefault="00210282">
            <w:r>
              <w:t>Teslim Tarihi:</w:t>
            </w:r>
          </w:p>
        </w:tc>
      </w:tr>
      <w:tr w:rsidR="002262BA">
        <w:tc>
          <w:tcPr>
            <w:tcW w:w="8640" w:type="dxa"/>
            <w:gridSpan w:val="2"/>
          </w:tcPr>
          <w:p w:rsidR="002262BA" w:rsidRDefault="00210282">
            <w:r>
              <w:t>Öğrenme Alanı / Ünite: MADDE VE ENDÜSTRİ</w:t>
            </w:r>
            <w:r>
              <w:br/>
              <w:t xml:space="preserve">Konu: Temizlik Ürünleri, Gıdalar ve Endüstride Asit-Baz </w:t>
            </w:r>
            <w:r>
              <w:t>Kullanımı</w:t>
            </w:r>
          </w:p>
        </w:tc>
      </w:tr>
    </w:tbl>
    <w:p w:rsidR="002262BA" w:rsidRDefault="002262BA"/>
    <w:p w:rsidR="002262BA" w:rsidRDefault="00210282">
      <w:pPr>
        <w:pStyle w:val="Balk2"/>
        <w:jc w:val="center"/>
      </w:pPr>
      <w:r>
        <w:t>PROJE KONUSU AÇIKLAMASI</w:t>
      </w:r>
    </w:p>
    <w:p w:rsidR="002262BA" w:rsidRDefault="00210282">
      <w:r>
        <w:t>Asit ve bazların günlük yaşamdaki kullanım alanlarını araştırarak bu bilgileri içeren renkli ve öğretici bir afiş hazırlayınız. Hazırladığınız afişte örnek maddeler, kullanım alanları ve güvenlik önlemleri yer almalıdır.</w:t>
      </w:r>
    </w:p>
    <w:p w:rsidR="002262BA" w:rsidRDefault="00210282">
      <w:pPr>
        <w:pStyle w:val="Balk2"/>
        <w:jc w:val="center"/>
      </w:pPr>
      <w:r>
        <w:t>PROJE YÖNERGESİ</w:t>
      </w:r>
    </w:p>
    <w:p w:rsidR="002262BA" w:rsidRDefault="00210282">
      <w:pPr>
        <w:pStyle w:val="ListeNumaras"/>
      </w:pPr>
      <w:r>
        <w:t>Asit ve baz kavramlarını, pH değerlerini ve örnek maddeleri araştırınız.</w:t>
      </w:r>
    </w:p>
    <w:p w:rsidR="002262BA" w:rsidRDefault="00210282">
      <w:pPr>
        <w:pStyle w:val="ListeNumaras"/>
      </w:pPr>
      <w:r>
        <w:t>Her bir madde için kullanım alanını ve dikkat edilmesi gereken noktaları açıklayınız.</w:t>
      </w:r>
    </w:p>
    <w:p w:rsidR="002262BA" w:rsidRDefault="00210282">
      <w:pPr>
        <w:pStyle w:val="ListeNumaras"/>
      </w:pPr>
      <w:r>
        <w:t>Afişinize başlıklar, semboller ve görseller ekleyiniz.</w:t>
      </w:r>
    </w:p>
    <w:p w:rsidR="002262BA" w:rsidRDefault="00210282">
      <w:pPr>
        <w:pStyle w:val="ListeNumaras"/>
      </w:pPr>
      <w:r>
        <w:t xml:space="preserve">Temizlik ürünleri, </w:t>
      </w:r>
      <w:r>
        <w:t>gıdalar ve endüstriyel alanlardan örnekler kullanınız.</w:t>
      </w:r>
    </w:p>
    <w:p w:rsidR="002262BA" w:rsidRDefault="00210282">
      <w:pPr>
        <w:pStyle w:val="ListeNumaras"/>
      </w:pPr>
      <w:r>
        <w:t>Hazırladığınız afişi belirtilen tarihte öğretmeninize teslim ediniz.</w:t>
      </w:r>
    </w:p>
    <w:p w:rsidR="002262BA" w:rsidRDefault="00210282">
      <w:pPr>
        <w:pStyle w:val="Balk2"/>
        <w:jc w:val="center"/>
      </w:pPr>
      <w:r>
        <w:t>PUANLAMA ÖLÇÜTLERİ</w:t>
      </w:r>
    </w:p>
    <w:p w:rsidR="002262BA" w:rsidRDefault="00210282">
      <w:r>
        <w:t>- Konuya Uygunluk ve Doğruluk: 20 Puan</w:t>
      </w:r>
    </w:p>
    <w:p w:rsidR="002262BA" w:rsidRDefault="00210282">
      <w:r>
        <w:t>- Görsel Sunum ve Tasarım: 20 Puan</w:t>
      </w:r>
    </w:p>
    <w:p w:rsidR="002262BA" w:rsidRDefault="00210282">
      <w:r>
        <w:t>- Günlük Hayatla Bağlantı: 20 Puan</w:t>
      </w:r>
    </w:p>
    <w:p w:rsidR="002262BA" w:rsidRDefault="00210282">
      <w:r>
        <w:t>- An</w:t>
      </w:r>
      <w:r>
        <w:t>laşılabilirlik ve Öğreticilik: 20 Puan</w:t>
      </w:r>
    </w:p>
    <w:p w:rsidR="002262BA" w:rsidRDefault="00210282">
      <w:r>
        <w:t>- Zamanında Teslim: 20 Puan</w:t>
      </w:r>
    </w:p>
    <w:sectPr w:rsidR="002262BA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ara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ara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Madde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Madde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ara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10282"/>
    <w:rsid w:val="002262BA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DB302FE-0669-4016-A3DA-C2AAC9B2E1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161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1078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emin_fen@hotmail.com</cp:lastModifiedBy>
  <cp:revision>3</cp:revision>
  <dcterms:created xsi:type="dcterms:W3CDTF">2013-12-23T23:15:00Z</dcterms:created>
  <dcterms:modified xsi:type="dcterms:W3CDTF">2025-04-20T12:15:00Z</dcterms:modified>
  <cp:category/>
</cp:coreProperties>
</file>