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9E5" w:rsidRDefault="00500278" w:rsidP="00500278">
      <w:pPr>
        <w:pStyle w:val="Balk1"/>
        <w:jc w:val="center"/>
      </w:pPr>
      <w:proofErr w:type="gramStart"/>
      <w:r>
        <w:t>7</w:t>
      </w:r>
      <w:r>
        <w:t xml:space="preserve"> SINIF FEN BİLİMLERİ PROJE GÖREV YÖNERGESİ </w:t>
      </w:r>
      <w:r>
        <w:t xml:space="preserve">EĞİTİM-ÖĞRETİM YILI: </w:t>
      </w:r>
      <w:bookmarkStart w:id="0" w:name="_GoBack"/>
      <w:r>
        <w:t>20....</w:t>
      </w:r>
      <w:proofErr w:type="gramEnd"/>
      <w:r>
        <w:t xml:space="preserve"> – 20....</w:t>
      </w:r>
      <w:bookmarkEnd w:id="0"/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DF09E5">
        <w:tc>
          <w:tcPr>
            <w:tcW w:w="4320" w:type="dxa"/>
          </w:tcPr>
          <w:p w:rsidR="00DF09E5" w:rsidRDefault="00500278">
            <w:r>
              <w:t>Adı Soyadı:</w:t>
            </w:r>
          </w:p>
        </w:tc>
        <w:tc>
          <w:tcPr>
            <w:tcW w:w="4320" w:type="dxa"/>
          </w:tcPr>
          <w:p w:rsidR="00DF09E5" w:rsidRDefault="00500278">
            <w:r>
              <w:t>Sınıf / Şube / No:</w:t>
            </w:r>
          </w:p>
        </w:tc>
      </w:tr>
      <w:tr w:rsidR="00DF09E5">
        <w:tc>
          <w:tcPr>
            <w:tcW w:w="4320" w:type="dxa"/>
          </w:tcPr>
          <w:p w:rsidR="00DF09E5" w:rsidRDefault="00500278">
            <w:r>
              <w:t>Okulu:</w:t>
            </w:r>
          </w:p>
        </w:tc>
        <w:tc>
          <w:tcPr>
            <w:tcW w:w="4320" w:type="dxa"/>
          </w:tcPr>
          <w:p w:rsidR="00DF09E5" w:rsidRDefault="00DF09E5"/>
        </w:tc>
      </w:tr>
      <w:tr w:rsidR="00DF09E5">
        <w:tc>
          <w:tcPr>
            <w:tcW w:w="4320" w:type="dxa"/>
          </w:tcPr>
          <w:p w:rsidR="00DF09E5" w:rsidRDefault="00500278">
            <w:r>
              <w:t>Veriliş Tarihi:</w:t>
            </w:r>
          </w:p>
        </w:tc>
        <w:tc>
          <w:tcPr>
            <w:tcW w:w="4320" w:type="dxa"/>
          </w:tcPr>
          <w:p w:rsidR="00DF09E5" w:rsidRDefault="00500278">
            <w:r>
              <w:t>Teslim Tarihi:</w:t>
            </w:r>
          </w:p>
        </w:tc>
      </w:tr>
      <w:tr w:rsidR="00DF09E5">
        <w:tc>
          <w:tcPr>
            <w:tcW w:w="8640" w:type="dxa"/>
            <w:gridSpan w:val="2"/>
          </w:tcPr>
          <w:p w:rsidR="00DF09E5" w:rsidRDefault="00500278">
            <w:r>
              <w:t>Öğrenme Alanı / Ünite: MEVSİMLER VE İKLİM (FİZİKSEL OLAYLAR İLE BÜTÜNLEŞİK)</w:t>
            </w:r>
            <w:r>
              <w:br/>
              <w:t>Konu: Direnç Değerlerinin</w:t>
            </w:r>
            <w:r>
              <w:t xml:space="preserve"> Ampul Parlaklığına Etkisi</w:t>
            </w:r>
          </w:p>
        </w:tc>
      </w:tr>
    </w:tbl>
    <w:p w:rsidR="00DF09E5" w:rsidRDefault="00DF09E5"/>
    <w:p w:rsidR="00DF09E5" w:rsidRDefault="00500278">
      <w:pPr>
        <w:pStyle w:val="Balk2"/>
        <w:jc w:val="center"/>
      </w:pPr>
      <w:r>
        <w:t>PROJE KONUSU AÇIKLAMASI</w:t>
      </w:r>
    </w:p>
    <w:p w:rsidR="00DF09E5" w:rsidRDefault="00500278">
      <w:r>
        <w:t>Farklı dirençlerdeki iletken tellerle oluşturulan elektrik devrelerinde ampulün parlaklığını karşılaştırarak, elektrik direncinin akım üzerindeki etkisini deneysel olarak gözlemleyiniz.</w:t>
      </w:r>
    </w:p>
    <w:p w:rsidR="00DF09E5" w:rsidRDefault="00500278">
      <w:pPr>
        <w:pStyle w:val="Balk2"/>
        <w:jc w:val="center"/>
      </w:pPr>
      <w:r>
        <w:t>PROJE YÖNERGESİ</w:t>
      </w:r>
    </w:p>
    <w:p w:rsidR="00DF09E5" w:rsidRDefault="00500278">
      <w:pPr>
        <w:pStyle w:val="ListeNumaras"/>
      </w:pPr>
      <w:r>
        <w:t>D</w:t>
      </w:r>
      <w:r>
        <w:t>irenç, elektrik akımı ve gerilim kavramlarını araştırınız.</w:t>
      </w:r>
    </w:p>
    <w:p w:rsidR="00DF09E5" w:rsidRDefault="00500278">
      <w:pPr>
        <w:pStyle w:val="ListeNumaras"/>
      </w:pPr>
      <w:r>
        <w:t>Farklı uzunluk ve kalınlıktaki tellerle devreler kurunuz.</w:t>
      </w:r>
    </w:p>
    <w:p w:rsidR="00DF09E5" w:rsidRDefault="00500278">
      <w:pPr>
        <w:pStyle w:val="ListeNumaras"/>
      </w:pPr>
      <w:r>
        <w:t>Aynı pil ve ampulü kullanarak, direnç arttıkça ampul parlaklığını gözlemleyiniz.</w:t>
      </w:r>
    </w:p>
    <w:p w:rsidR="00DF09E5" w:rsidRDefault="00500278">
      <w:pPr>
        <w:pStyle w:val="ListeNumaras"/>
      </w:pPr>
      <w:r>
        <w:t>Elde ettiğiniz sonuçları tablo ve grafikle ifade ediniz.</w:t>
      </w:r>
    </w:p>
    <w:p w:rsidR="00DF09E5" w:rsidRDefault="00500278">
      <w:pPr>
        <w:pStyle w:val="ListeNumaras"/>
      </w:pPr>
      <w:r>
        <w:t>Kısa bir sonuç ve değerlendirme bölümü yazınız.</w:t>
      </w:r>
    </w:p>
    <w:p w:rsidR="00DF09E5" w:rsidRDefault="00500278">
      <w:pPr>
        <w:pStyle w:val="ListeNumaras"/>
      </w:pPr>
      <w:r>
        <w:t>Projenizi belirtilen tarihte öğretmeninize teslim ediniz.</w:t>
      </w:r>
    </w:p>
    <w:p w:rsidR="00DF09E5" w:rsidRDefault="00500278">
      <w:pPr>
        <w:pStyle w:val="Balk2"/>
        <w:jc w:val="center"/>
      </w:pPr>
      <w:r>
        <w:t>PUANLAMA ÖLÇÜTLERİ</w:t>
      </w:r>
    </w:p>
    <w:p w:rsidR="00DF09E5" w:rsidRDefault="00500278">
      <w:r>
        <w:t>- Deney Düzeneğinin Kurulumu: 20 Puan</w:t>
      </w:r>
    </w:p>
    <w:p w:rsidR="00DF09E5" w:rsidRDefault="00500278">
      <w:r>
        <w:t>- Verilerin Toplanması ve Yorumlanması: 20 Puan</w:t>
      </w:r>
    </w:p>
    <w:p w:rsidR="00DF09E5" w:rsidRDefault="00500278">
      <w:r>
        <w:t>- Bilimsel Kavramların Doğru Kullanımı: 20 Pu</w:t>
      </w:r>
      <w:r>
        <w:t>an</w:t>
      </w:r>
    </w:p>
    <w:p w:rsidR="00DF09E5" w:rsidRDefault="00500278">
      <w:r>
        <w:t>- Grafiksel Sunum ve Açıklamalar: 20 Puan</w:t>
      </w:r>
    </w:p>
    <w:p w:rsidR="00DF09E5" w:rsidRDefault="00500278">
      <w:r>
        <w:t>- Zamanında Teslim: 20 Puan</w:t>
      </w:r>
    </w:p>
    <w:sectPr w:rsidR="00DF09E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00278"/>
    <w:rsid w:val="00AA1D8D"/>
    <w:rsid w:val="00B47730"/>
    <w:rsid w:val="00CB0664"/>
    <w:rsid w:val="00DF09E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922D515-B6C7-4E27-A23E-26D250C6DB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1093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2025-04-20T12:01:00Z</dcterms:modified>
  <cp:category/>
</cp:coreProperties>
</file>