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0AB4" w:rsidRDefault="00D73E4E" w:rsidP="00D73E4E">
      <w:pPr>
        <w:pStyle w:val="Balk1"/>
        <w:jc w:val="center"/>
      </w:pPr>
      <w:r>
        <w:t xml:space="preserve">8 SINIF FEN BİLİMLERİ PROJE GÖREV YÖNERGESİ </w:t>
      </w:r>
      <w:bookmarkStart w:id="0" w:name="_GoBack"/>
      <w:bookmarkEnd w:id="0"/>
      <w:r>
        <w:t>EĞİTİM-ÖĞRETİM YILI: 20.... – 20....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690AB4">
        <w:tc>
          <w:tcPr>
            <w:tcW w:w="4320" w:type="dxa"/>
          </w:tcPr>
          <w:p w:rsidR="00690AB4" w:rsidRDefault="00D73E4E">
            <w:r>
              <w:t>Adı Soyadı:</w:t>
            </w:r>
          </w:p>
        </w:tc>
        <w:tc>
          <w:tcPr>
            <w:tcW w:w="4320" w:type="dxa"/>
          </w:tcPr>
          <w:p w:rsidR="00690AB4" w:rsidRDefault="00D73E4E">
            <w:r>
              <w:t>Sınıf / Şube / No:</w:t>
            </w:r>
          </w:p>
        </w:tc>
      </w:tr>
      <w:tr w:rsidR="00690AB4">
        <w:tc>
          <w:tcPr>
            <w:tcW w:w="4320" w:type="dxa"/>
          </w:tcPr>
          <w:p w:rsidR="00690AB4" w:rsidRDefault="00D73E4E">
            <w:r>
              <w:t>Okulu:</w:t>
            </w:r>
          </w:p>
        </w:tc>
        <w:tc>
          <w:tcPr>
            <w:tcW w:w="4320" w:type="dxa"/>
          </w:tcPr>
          <w:p w:rsidR="00690AB4" w:rsidRDefault="00690AB4"/>
        </w:tc>
      </w:tr>
      <w:tr w:rsidR="00690AB4">
        <w:tc>
          <w:tcPr>
            <w:tcW w:w="4320" w:type="dxa"/>
          </w:tcPr>
          <w:p w:rsidR="00690AB4" w:rsidRDefault="00D73E4E">
            <w:r>
              <w:t>Veriliş Tarihi:</w:t>
            </w:r>
          </w:p>
        </w:tc>
        <w:tc>
          <w:tcPr>
            <w:tcW w:w="4320" w:type="dxa"/>
          </w:tcPr>
          <w:p w:rsidR="00690AB4" w:rsidRDefault="00D73E4E">
            <w:r>
              <w:t>Teslim Tarihi:</w:t>
            </w:r>
          </w:p>
        </w:tc>
      </w:tr>
      <w:tr w:rsidR="00690AB4">
        <w:tc>
          <w:tcPr>
            <w:tcW w:w="8640" w:type="dxa"/>
            <w:gridSpan w:val="2"/>
          </w:tcPr>
          <w:p w:rsidR="00690AB4" w:rsidRDefault="00D73E4E">
            <w:r>
              <w:t>Öğrenme Alanı / Ünite: DNA VE GENETİK KOD</w:t>
            </w:r>
            <w:r>
              <w:br/>
              <w:t>Konu: DNA'nın Yapısını Gösteren Üç Boyutlu Model</w:t>
            </w:r>
          </w:p>
        </w:tc>
      </w:tr>
    </w:tbl>
    <w:p w:rsidR="00690AB4" w:rsidRDefault="00690AB4"/>
    <w:p w:rsidR="00690AB4" w:rsidRDefault="00D73E4E">
      <w:pPr>
        <w:pStyle w:val="Balk2"/>
        <w:jc w:val="center"/>
      </w:pPr>
      <w:r>
        <w:t xml:space="preserve">PROJE </w:t>
      </w:r>
      <w:r>
        <w:t>KONUSU AÇIKLAMASI</w:t>
      </w:r>
    </w:p>
    <w:p w:rsidR="00690AB4" w:rsidRDefault="00D73E4E">
      <w:r>
        <w:t>DNA molekülünün yapısını gösteren bir üç boyutlu model hazırlayınız. Modelinizde çift sarmal yapı, nükleotid eşleşmeleri ve fosfat-şeker iskeleti detaylı şekilde gösterilmelidir.</w:t>
      </w:r>
    </w:p>
    <w:p w:rsidR="00690AB4" w:rsidRDefault="00D73E4E">
      <w:pPr>
        <w:pStyle w:val="Balk2"/>
        <w:jc w:val="center"/>
      </w:pPr>
      <w:r>
        <w:t>PROJE YÖNERGESİ</w:t>
      </w:r>
    </w:p>
    <w:p w:rsidR="00690AB4" w:rsidRDefault="00D73E4E">
      <w:pPr>
        <w:pStyle w:val="ListeNumaras"/>
      </w:pPr>
      <w:r>
        <w:t xml:space="preserve">DNA'nın yapısını, nükleotidleri ve eşleşme </w:t>
      </w:r>
      <w:r>
        <w:t>kurallarını araştırınız.</w:t>
      </w:r>
    </w:p>
    <w:p w:rsidR="00690AB4" w:rsidRDefault="00D73E4E">
      <w:pPr>
        <w:pStyle w:val="ListeNumaras"/>
      </w:pPr>
      <w:r>
        <w:t>Model için renkli boncuk, tel, ip, hamur veya geri dönüşüm malzemeleri kullanabilirsiniz.</w:t>
      </w:r>
    </w:p>
    <w:p w:rsidR="00690AB4" w:rsidRDefault="00D73E4E">
      <w:pPr>
        <w:pStyle w:val="ListeNumaras"/>
      </w:pPr>
      <w:r>
        <w:t>Adenin-Timin ve Guanin-Sitozin eşleşmelerini doğru renklendirme ile belirtiniz.</w:t>
      </w:r>
    </w:p>
    <w:p w:rsidR="00690AB4" w:rsidRDefault="00D73E4E">
      <w:pPr>
        <w:pStyle w:val="ListeNumaras"/>
      </w:pPr>
      <w:r>
        <w:t>Modelin yanına kısa bir bilgi kartı ekleyiniz.</w:t>
      </w:r>
    </w:p>
    <w:p w:rsidR="00690AB4" w:rsidRDefault="00D73E4E">
      <w:pPr>
        <w:pStyle w:val="ListeNumaras"/>
      </w:pPr>
      <w:r>
        <w:t xml:space="preserve">Modelinizi </w:t>
      </w:r>
      <w:r>
        <w:t>dikkat çekici ve düzenli şekilde tasarlayınız.</w:t>
      </w:r>
    </w:p>
    <w:p w:rsidR="00690AB4" w:rsidRDefault="00D73E4E">
      <w:pPr>
        <w:pStyle w:val="ListeNumaras"/>
      </w:pPr>
      <w:r>
        <w:t>Projenizi belirtilen tarihte öğretmeninize teslim ediniz.</w:t>
      </w:r>
    </w:p>
    <w:p w:rsidR="00690AB4" w:rsidRDefault="00D73E4E">
      <w:pPr>
        <w:pStyle w:val="Balk2"/>
        <w:jc w:val="center"/>
      </w:pPr>
      <w:r>
        <w:t>PUANLAMA ÖLÇÜTLERİ</w:t>
      </w:r>
    </w:p>
    <w:p w:rsidR="00690AB4" w:rsidRDefault="00D73E4E">
      <w:r>
        <w:t>- Bilimsel Doğruluk ve Nükleotid Eşleşmeleri: 20 Puan</w:t>
      </w:r>
    </w:p>
    <w:p w:rsidR="00690AB4" w:rsidRDefault="00D73E4E">
      <w:r>
        <w:t>- Görsel Düzen ve Malzeme Kullanımı: 20 Puan</w:t>
      </w:r>
    </w:p>
    <w:p w:rsidR="00690AB4" w:rsidRDefault="00D73E4E">
      <w:r>
        <w:t>- Modelin Anlaşılabilirliği: 20 P</w:t>
      </w:r>
      <w:r>
        <w:t>uan</w:t>
      </w:r>
    </w:p>
    <w:p w:rsidR="00690AB4" w:rsidRDefault="00D73E4E">
      <w:r>
        <w:t>- Yaratıcılık ve Estetik: 20 Puan</w:t>
      </w:r>
    </w:p>
    <w:p w:rsidR="00690AB4" w:rsidRDefault="00D73E4E">
      <w:r>
        <w:t>- Zamanında Teslim: 20 Puan</w:t>
      </w:r>
    </w:p>
    <w:sectPr w:rsidR="00690AB4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690AB4"/>
    <w:rsid w:val="00AA1D8D"/>
    <w:rsid w:val="00B47730"/>
    <w:rsid w:val="00CB0664"/>
    <w:rsid w:val="00D73E4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Trnak">
    <w:name w:val="Quote"/>
    <w:basedOn w:val="Normal"/>
    <w:next w:val="Normal"/>
    <w:link w:val="TrnakChar"/>
    <w:uiPriority w:val="29"/>
    <w:qFormat/>
    <w:rsid w:val="00FC693F"/>
    <w:rPr>
      <w:i/>
      <w:iCs/>
      <w:color w:val="000000" w:themeColor="text1"/>
    </w:rPr>
  </w:style>
  <w:style w:type="character" w:customStyle="1" w:styleId="TrnakChar">
    <w:name w:val="Tırnak Char"/>
    <w:basedOn w:val="VarsaylanParagrafYazTipi"/>
    <w:link w:val="Trnak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96F71E4-D55C-4327-A625-E47711B72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1082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emin_fen@hotmail.com</cp:lastModifiedBy>
  <cp:revision>3</cp:revision>
  <dcterms:created xsi:type="dcterms:W3CDTF">2013-12-23T23:15:00Z</dcterms:created>
  <dcterms:modified xsi:type="dcterms:W3CDTF">2025-04-20T12:09:00Z</dcterms:modified>
  <cp:category/>
</cp:coreProperties>
</file>