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1E6" w:rsidRDefault="00E8082E" w:rsidP="00E8082E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761E6">
        <w:tc>
          <w:tcPr>
            <w:tcW w:w="4320" w:type="dxa"/>
          </w:tcPr>
          <w:p w:rsidR="00A761E6" w:rsidRDefault="00E8082E">
            <w:r>
              <w:t>Adı Soyadı:</w:t>
            </w:r>
          </w:p>
        </w:tc>
        <w:tc>
          <w:tcPr>
            <w:tcW w:w="4320" w:type="dxa"/>
          </w:tcPr>
          <w:p w:rsidR="00A761E6" w:rsidRDefault="00E8082E">
            <w:r>
              <w:t>Sınıf / Şube / No:</w:t>
            </w:r>
          </w:p>
        </w:tc>
      </w:tr>
      <w:tr w:rsidR="00A761E6">
        <w:tc>
          <w:tcPr>
            <w:tcW w:w="4320" w:type="dxa"/>
          </w:tcPr>
          <w:p w:rsidR="00A761E6" w:rsidRDefault="00E8082E">
            <w:r>
              <w:t>Okulu:</w:t>
            </w:r>
          </w:p>
        </w:tc>
        <w:tc>
          <w:tcPr>
            <w:tcW w:w="4320" w:type="dxa"/>
          </w:tcPr>
          <w:p w:rsidR="00A761E6" w:rsidRDefault="00A761E6"/>
        </w:tc>
      </w:tr>
      <w:tr w:rsidR="00A761E6">
        <w:tc>
          <w:tcPr>
            <w:tcW w:w="4320" w:type="dxa"/>
          </w:tcPr>
          <w:p w:rsidR="00A761E6" w:rsidRDefault="00E8082E">
            <w:r>
              <w:t>Veriliş Tarihi:</w:t>
            </w:r>
          </w:p>
        </w:tc>
        <w:tc>
          <w:tcPr>
            <w:tcW w:w="4320" w:type="dxa"/>
          </w:tcPr>
          <w:p w:rsidR="00A761E6" w:rsidRDefault="00E8082E">
            <w:r>
              <w:t>Teslim Tarihi:</w:t>
            </w:r>
          </w:p>
        </w:tc>
      </w:tr>
      <w:tr w:rsidR="00A761E6">
        <w:tc>
          <w:tcPr>
            <w:tcW w:w="8640" w:type="dxa"/>
            <w:gridSpan w:val="2"/>
          </w:tcPr>
          <w:p w:rsidR="00A761E6" w:rsidRDefault="00E8082E">
            <w:r>
              <w:t>Öğrenme Alanı / Ünite: BASİT MAKİNELAR</w:t>
            </w:r>
            <w:r>
              <w:br/>
              <w:t>Konu: Kuvvetten Kazanmak İçin Eğik Düzlem Kullanımı</w:t>
            </w:r>
          </w:p>
        </w:tc>
      </w:tr>
    </w:tbl>
    <w:p w:rsidR="00A761E6" w:rsidRDefault="00A761E6"/>
    <w:p w:rsidR="00A761E6" w:rsidRDefault="00E8082E">
      <w:pPr>
        <w:pStyle w:val="Balk2"/>
        <w:jc w:val="center"/>
      </w:pPr>
      <w:r>
        <w:t xml:space="preserve">PROJE </w:t>
      </w:r>
      <w:r>
        <w:t>KONUSU AÇIKLAMASI</w:t>
      </w:r>
    </w:p>
    <w:p w:rsidR="00A761E6" w:rsidRDefault="00E8082E">
      <w:r>
        <w:t>Eğik düzlem kullanarak bir yükü dik olarak kaldırmak yerine yatayda kaydırarak nasıl daha az kuvvetle taşıyabileceğinizi gösteren bir deney düzeneği kurunuz.</w:t>
      </w:r>
    </w:p>
    <w:p w:rsidR="00A761E6" w:rsidRDefault="00E8082E">
      <w:pPr>
        <w:pStyle w:val="Balk2"/>
        <w:jc w:val="center"/>
      </w:pPr>
      <w:r>
        <w:t>PROJE YÖNERGESİ</w:t>
      </w:r>
    </w:p>
    <w:p w:rsidR="00A761E6" w:rsidRDefault="00E8082E">
      <w:pPr>
        <w:pStyle w:val="ListeNumaras"/>
      </w:pPr>
      <w:r>
        <w:t>Eğik düzlem kavramını ve kuvvetten kazanç ilkesini araştırınız.</w:t>
      </w:r>
    </w:p>
    <w:p w:rsidR="00A761E6" w:rsidRDefault="00E8082E">
      <w:pPr>
        <w:pStyle w:val="ListeNumaras"/>
      </w:pPr>
      <w:r>
        <w:t>Bir tahta, kitap, rampa gibi materyallerle eğik düzlem hazırlayınız.</w:t>
      </w:r>
    </w:p>
    <w:p w:rsidR="00A761E6" w:rsidRDefault="00E8082E">
      <w:pPr>
        <w:pStyle w:val="ListeNumaras"/>
      </w:pPr>
      <w:r>
        <w:t>Aynı yükü dikey olarak ve eğik düzlemle taşıyıp karşılaştırınız.</w:t>
      </w:r>
    </w:p>
    <w:p w:rsidR="00A761E6" w:rsidRDefault="00E8082E">
      <w:pPr>
        <w:pStyle w:val="ListeNumaras"/>
      </w:pPr>
      <w:r>
        <w:t>Uygulanan kuvvet farkını gözlemleyiniz ve açıklayınız.</w:t>
      </w:r>
    </w:p>
    <w:p w:rsidR="00A761E6" w:rsidRDefault="00E8082E">
      <w:pPr>
        <w:pStyle w:val="ListeNumaras"/>
      </w:pPr>
      <w:r>
        <w:t>Deney sonuçlarını tablo veya grafikle sununuz.</w:t>
      </w:r>
    </w:p>
    <w:p w:rsidR="00A761E6" w:rsidRDefault="00E8082E">
      <w:pPr>
        <w:pStyle w:val="ListeNumaras"/>
      </w:pPr>
      <w:r>
        <w:t>Projenizi belirtilen</w:t>
      </w:r>
      <w:r>
        <w:t xml:space="preserve"> tarihte öğretmeninize teslim ediniz.</w:t>
      </w:r>
    </w:p>
    <w:p w:rsidR="00A761E6" w:rsidRDefault="00E8082E">
      <w:pPr>
        <w:pStyle w:val="Balk2"/>
        <w:jc w:val="center"/>
      </w:pPr>
      <w:r>
        <w:t>PUANLAMA ÖLÇÜTLERİ</w:t>
      </w:r>
    </w:p>
    <w:p w:rsidR="00A761E6" w:rsidRDefault="00E8082E">
      <w:r>
        <w:t>- Deney Kurulumu ve Malzeme Seçimi: 20 Puan</w:t>
      </w:r>
    </w:p>
    <w:p w:rsidR="00A761E6" w:rsidRDefault="00E8082E">
      <w:r>
        <w:t>- Kuvvetten Kazanç Açıklaması: 20 Puan</w:t>
      </w:r>
    </w:p>
    <w:p w:rsidR="00A761E6" w:rsidRDefault="00E8082E">
      <w:r>
        <w:t>- Veri Sunumu ve Gözlem: 20 Puan</w:t>
      </w:r>
    </w:p>
    <w:p w:rsidR="00A761E6" w:rsidRDefault="00E8082E">
      <w:r>
        <w:t>- Sunumun Anlaşılabilirliği: 20 Puan</w:t>
      </w:r>
    </w:p>
    <w:p w:rsidR="00A761E6" w:rsidRDefault="00E8082E">
      <w:r>
        <w:t>- Zamanında Teslim: 20 Puan</w:t>
      </w:r>
    </w:p>
    <w:sectPr w:rsidR="00A761E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761E6"/>
    <w:rsid w:val="00AA1D8D"/>
    <w:rsid w:val="00B47730"/>
    <w:rsid w:val="00CB0664"/>
    <w:rsid w:val="00E8082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695941-B6EA-436A-AA5E-69176E603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2025-04-20T12:19:00Z</dcterms:modified>
  <cp:category/>
</cp:coreProperties>
</file>