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5207" w:rsidRDefault="009B511F" w:rsidP="009B511F">
      <w:pPr>
        <w:pStyle w:val="Balk1"/>
        <w:jc w:val="center"/>
      </w:pPr>
      <w:r>
        <w:t xml:space="preserve">8 SINIF FEN BİLİMLERİ PROJE GÖREV YÖNERGESİ </w:t>
      </w:r>
      <w:bookmarkStart w:id="0" w:name="_GoBack"/>
      <w:bookmarkEnd w:id="0"/>
      <w:r>
        <w:t>EĞİTİM-ÖĞRETİM YILI: 20....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3F5207">
        <w:tc>
          <w:tcPr>
            <w:tcW w:w="4320" w:type="dxa"/>
          </w:tcPr>
          <w:p w:rsidR="003F5207" w:rsidRDefault="009B511F">
            <w:r>
              <w:t>Adı Soyadı:</w:t>
            </w:r>
          </w:p>
        </w:tc>
        <w:tc>
          <w:tcPr>
            <w:tcW w:w="4320" w:type="dxa"/>
          </w:tcPr>
          <w:p w:rsidR="003F5207" w:rsidRDefault="009B511F">
            <w:r>
              <w:t>Sınıf / Şube / No:</w:t>
            </w:r>
          </w:p>
        </w:tc>
      </w:tr>
      <w:tr w:rsidR="003F5207">
        <w:tc>
          <w:tcPr>
            <w:tcW w:w="4320" w:type="dxa"/>
          </w:tcPr>
          <w:p w:rsidR="003F5207" w:rsidRDefault="009B511F">
            <w:r>
              <w:t>Okulu:</w:t>
            </w:r>
          </w:p>
        </w:tc>
        <w:tc>
          <w:tcPr>
            <w:tcW w:w="4320" w:type="dxa"/>
          </w:tcPr>
          <w:p w:rsidR="003F5207" w:rsidRDefault="003F5207"/>
        </w:tc>
      </w:tr>
      <w:tr w:rsidR="003F5207">
        <w:tc>
          <w:tcPr>
            <w:tcW w:w="4320" w:type="dxa"/>
          </w:tcPr>
          <w:p w:rsidR="003F5207" w:rsidRDefault="009B511F">
            <w:r>
              <w:t>Veriliş Tarihi:</w:t>
            </w:r>
          </w:p>
        </w:tc>
        <w:tc>
          <w:tcPr>
            <w:tcW w:w="4320" w:type="dxa"/>
          </w:tcPr>
          <w:p w:rsidR="003F5207" w:rsidRDefault="009B511F">
            <w:r>
              <w:t>Teslim Tarihi:</w:t>
            </w:r>
          </w:p>
        </w:tc>
      </w:tr>
      <w:tr w:rsidR="003F5207">
        <w:tc>
          <w:tcPr>
            <w:tcW w:w="8640" w:type="dxa"/>
            <w:gridSpan w:val="2"/>
          </w:tcPr>
          <w:p w:rsidR="003F5207" w:rsidRDefault="009B511F">
            <w:r>
              <w:t>Öğrenme Alanı / Ünite: ELEKTRİK YÜKLERİ VE ELEKTRİK ENERJİSİ</w:t>
            </w:r>
            <w:r>
              <w:br/>
              <w:t>Konu: Cisimlerin Elektrik Yüklü Olduğunu</w:t>
            </w:r>
            <w:r>
              <w:t xml:space="preserve"> Gözlemlemek İçin Model Tasarımı</w:t>
            </w:r>
          </w:p>
        </w:tc>
      </w:tr>
    </w:tbl>
    <w:p w:rsidR="003F5207" w:rsidRDefault="003F5207"/>
    <w:p w:rsidR="003F5207" w:rsidRDefault="009B511F">
      <w:pPr>
        <w:pStyle w:val="Balk2"/>
        <w:jc w:val="center"/>
      </w:pPr>
      <w:r>
        <w:t>PROJE KONUSU AÇIKLAMASI</w:t>
      </w:r>
    </w:p>
    <w:p w:rsidR="003F5207" w:rsidRDefault="009B511F">
      <w:r>
        <w:t>Cisimlerin elektrik yüklerini test edebilmek için basit bir elektroskop modeli hazırlayınız. Modelinizde metal parça, cam kavanoz, alüminyum folyo veya kağıt kullanarak yüklenme durumunu gözlemleye</w:t>
      </w:r>
      <w:r>
        <w:t>bilirsiniz.</w:t>
      </w:r>
    </w:p>
    <w:p w:rsidR="003F5207" w:rsidRDefault="009B511F">
      <w:pPr>
        <w:pStyle w:val="Balk2"/>
        <w:jc w:val="center"/>
      </w:pPr>
      <w:r>
        <w:t>PROJE YÖNERGESİ</w:t>
      </w:r>
    </w:p>
    <w:p w:rsidR="003F5207" w:rsidRDefault="009B511F">
      <w:pPr>
        <w:pStyle w:val="ListeNumaras"/>
      </w:pPr>
      <w:r>
        <w:t>Elektroskop nedir, ne işe yarar araştırınız.</w:t>
      </w:r>
    </w:p>
    <w:p w:rsidR="003F5207" w:rsidRDefault="009B511F">
      <w:pPr>
        <w:pStyle w:val="ListeNumaras"/>
      </w:pPr>
      <w:r>
        <w:t>Metal tel, kağıt/alüminyum yapraklar ve kavanoz kullanarak basit bir elektroskop oluşturunuz.</w:t>
      </w:r>
    </w:p>
    <w:p w:rsidR="003F5207" w:rsidRDefault="009B511F">
      <w:pPr>
        <w:pStyle w:val="ListeNumaras"/>
      </w:pPr>
      <w:r>
        <w:t>Plastik tarak, balon gibi cisimleri sürtme ile yükleyip elektroskoba yaklaştırınız.</w:t>
      </w:r>
    </w:p>
    <w:p w:rsidR="003F5207" w:rsidRDefault="009B511F">
      <w:pPr>
        <w:pStyle w:val="ListeNumaras"/>
      </w:pPr>
      <w:r>
        <w:t>Gözlemlerinizi yazılı olarak raporlayınız.</w:t>
      </w:r>
    </w:p>
    <w:p w:rsidR="003F5207" w:rsidRDefault="009B511F">
      <w:pPr>
        <w:pStyle w:val="ListeNumaras"/>
      </w:pPr>
      <w:r>
        <w:t>Modelin nasıl çalıştığını kısa şekilde açıklayınız.</w:t>
      </w:r>
    </w:p>
    <w:p w:rsidR="003F5207" w:rsidRDefault="009B511F">
      <w:pPr>
        <w:pStyle w:val="ListeNumaras"/>
      </w:pPr>
      <w:r>
        <w:t>Projenizi belirtilen tarihte öğretmeninize teslim ediniz.</w:t>
      </w:r>
    </w:p>
    <w:p w:rsidR="003F5207" w:rsidRDefault="009B511F">
      <w:pPr>
        <w:pStyle w:val="Balk2"/>
        <w:jc w:val="center"/>
      </w:pPr>
      <w:r>
        <w:t>PUANLAMA ÖLÇÜTLERİ</w:t>
      </w:r>
    </w:p>
    <w:p w:rsidR="003F5207" w:rsidRDefault="009B511F">
      <w:r>
        <w:t>- Modelin İşlevselliği: 20 Puan</w:t>
      </w:r>
    </w:p>
    <w:p w:rsidR="003F5207" w:rsidRDefault="009B511F">
      <w:r>
        <w:t>- Malzeme Kullanımı ve Düzen: 20 Puan</w:t>
      </w:r>
    </w:p>
    <w:p w:rsidR="003F5207" w:rsidRDefault="009B511F">
      <w:r>
        <w:t>- Deneysel Göz</w:t>
      </w:r>
      <w:r>
        <w:t>lem ve Yorum: 20 Puan</w:t>
      </w:r>
    </w:p>
    <w:p w:rsidR="003F5207" w:rsidRDefault="009B511F">
      <w:r>
        <w:t>- Sunumun Açıklığı: 20 Puan</w:t>
      </w:r>
    </w:p>
    <w:p w:rsidR="003F5207" w:rsidRDefault="009B511F">
      <w:r>
        <w:t>- Zamanında Teslim: 20 Puan</w:t>
      </w:r>
    </w:p>
    <w:sectPr w:rsidR="003F5207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F5207"/>
    <w:rsid w:val="009B511F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BA4A1D2-C96A-472C-BFDF-E3319921FD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1094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2025-04-20T12:25:00Z</dcterms:modified>
  <cp:category/>
</cp:coreProperties>
</file>