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A90" w:rsidRDefault="00705E63" w:rsidP="00705E63">
      <w:pPr>
        <w:pStyle w:val="Balk1"/>
        <w:jc w:val="center"/>
      </w:pPr>
      <w:proofErr w:type="gramStart"/>
      <w:r>
        <w:t xml:space="preserve">8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37A90">
        <w:tc>
          <w:tcPr>
            <w:tcW w:w="4320" w:type="dxa"/>
          </w:tcPr>
          <w:p w:rsidR="00437A90" w:rsidRDefault="00705E63">
            <w:r>
              <w:t>Adı Soyadı:</w:t>
            </w:r>
          </w:p>
        </w:tc>
        <w:tc>
          <w:tcPr>
            <w:tcW w:w="4320" w:type="dxa"/>
          </w:tcPr>
          <w:p w:rsidR="00437A90" w:rsidRDefault="00705E63">
            <w:r>
              <w:t>Sınıf / Şube / No:</w:t>
            </w:r>
          </w:p>
        </w:tc>
      </w:tr>
      <w:tr w:rsidR="00437A90">
        <w:tc>
          <w:tcPr>
            <w:tcW w:w="4320" w:type="dxa"/>
          </w:tcPr>
          <w:p w:rsidR="00437A90" w:rsidRDefault="00705E63">
            <w:r>
              <w:t>Okulu:</w:t>
            </w:r>
          </w:p>
        </w:tc>
        <w:tc>
          <w:tcPr>
            <w:tcW w:w="4320" w:type="dxa"/>
          </w:tcPr>
          <w:p w:rsidR="00437A90" w:rsidRDefault="00437A90"/>
        </w:tc>
      </w:tr>
      <w:tr w:rsidR="00437A90">
        <w:tc>
          <w:tcPr>
            <w:tcW w:w="4320" w:type="dxa"/>
          </w:tcPr>
          <w:p w:rsidR="00437A90" w:rsidRDefault="00705E63">
            <w:r>
              <w:t>Veriliş Tarihi:</w:t>
            </w:r>
          </w:p>
        </w:tc>
        <w:tc>
          <w:tcPr>
            <w:tcW w:w="4320" w:type="dxa"/>
          </w:tcPr>
          <w:p w:rsidR="00437A90" w:rsidRDefault="00705E63">
            <w:r>
              <w:t>Teslim Tarihi:</w:t>
            </w:r>
          </w:p>
        </w:tc>
      </w:tr>
      <w:tr w:rsidR="00437A90">
        <w:tc>
          <w:tcPr>
            <w:tcW w:w="8640" w:type="dxa"/>
            <w:gridSpan w:val="2"/>
          </w:tcPr>
          <w:p w:rsidR="00437A90" w:rsidRDefault="00705E63">
            <w:r>
              <w:t>Öğrenme Alanı / Ünite: ENERJİ DÖNÜŞÜMLERİ VE ENERJİ AKIŞI</w:t>
            </w:r>
            <w:r>
              <w:br/>
              <w:t xml:space="preserve">Konu: Farklı Enerji Türlerinin Birbirine </w:t>
            </w:r>
            <w:r>
              <w:t>Dönüşümünü Gösteren Model</w:t>
            </w:r>
          </w:p>
        </w:tc>
      </w:tr>
    </w:tbl>
    <w:p w:rsidR="00437A90" w:rsidRDefault="00437A90"/>
    <w:p w:rsidR="00437A90" w:rsidRDefault="00705E63">
      <w:pPr>
        <w:pStyle w:val="Balk2"/>
        <w:jc w:val="center"/>
      </w:pPr>
      <w:r>
        <w:t>PROJE KONUSU AÇIKLAMASI</w:t>
      </w:r>
    </w:p>
    <w:p w:rsidR="00437A90" w:rsidRDefault="00705E63">
      <w:r>
        <w:t>Günlük hayatta gözlemlenebilen enerji dönüşümlerini (örneğin: elektrik → ısı, potansiyel → kinetik) içeren basit bir model hazırlayınız. Hazırladığınız modelde en az iki farklı enerji türü dönüşümünü açık</w:t>
      </w:r>
      <w:r>
        <w:t>layınız.</w:t>
      </w:r>
    </w:p>
    <w:p w:rsidR="00437A90" w:rsidRDefault="00705E63">
      <w:pPr>
        <w:pStyle w:val="Balk2"/>
        <w:jc w:val="center"/>
      </w:pPr>
      <w:r>
        <w:t>PROJE YÖNERGESİ</w:t>
      </w:r>
    </w:p>
    <w:p w:rsidR="00437A90" w:rsidRDefault="00705E63">
      <w:pPr>
        <w:pStyle w:val="ListeNumaras"/>
      </w:pPr>
      <w:r>
        <w:t>Enerji türlerini ve birbirlerine dönüşüm yollarını araştırınız.</w:t>
      </w:r>
    </w:p>
    <w:p w:rsidR="00437A90" w:rsidRDefault="00705E63">
      <w:pPr>
        <w:pStyle w:val="ListeNumaras"/>
      </w:pPr>
      <w:r>
        <w:t>Basit bir düzenek tasarlayarak en az iki farklı dönüşüm gösteriniz (örneğin: oyuncak araba rampası, el feneri, dinamolu sistem vb.).</w:t>
      </w:r>
    </w:p>
    <w:p w:rsidR="00437A90" w:rsidRDefault="00705E63">
      <w:pPr>
        <w:pStyle w:val="ListeNumaras"/>
      </w:pPr>
      <w:r>
        <w:t xml:space="preserve">Modelinizi çalışır hale getirerek </w:t>
      </w:r>
      <w:r>
        <w:t>enerji dönüşüm sürecini açıklayınız.</w:t>
      </w:r>
    </w:p>
    <w:p w:rsidR="00437A90" w:rsidRDefault="00705E63">
      <w:pPr>
        <w:pStyle w:val="ListeNumaras"/>
      </w:pPr>
      <w:r>
        <w:t>Kısa bir bilgi panosu ile modelinizi tanıtınız.</w:t>
      </w:r>
    </w:p>
    <w:p w:rsidR="00437A90" w:rsidRDefault="00705E63">
      <w:pPr>
        <w:pStyle w:val="ListeNumaras"/>
      </w:pPr>
      <w:r>
        <w:t>Modelin işlevselliği, açıklayıcılığı ve sunumu değerlendirilecektir.</w:t>
      </w:r>
    </w:p>
    <w:p w:rsidR="00437A90" w:rsidRDefault="00705E63">
      <w:pPr>
        <w:pStyle w:val="ListeNumaras"/>
      </w:pPr>
      <w:r>
        <w:t>Projenizi belirtilen tarihte öğretmeninize teslim ediniz.</w:t>
      </w:r>
    </w:p>
    <w:p w:rsidR="00437A90" w:rsidRDefault="00705E63">
      <w:pPr>
        <w:pStyle w:val="Balk2"/>
        <w:jc w:val="center"/>
      </w:pPr>
      <w:r>
        <w:t>PUANLAMA ÖLÇÜTLERİ</w:t>
      </w:r>
    </w:p>
    <w:p w:rsidR="00437A90" w:rsidRDefault="00705E63">
      <w:r>
        <w:t>- Enerji Türlerinin Doğru</w:t>
      </w:r>
      <w:r>
        <w:t xml:space="preserve"> Tanıtımı: 20 Puan</w:t>
      </w:r>
    </w:p>
    <w:p w:rsidR="00437A90" w:rsidRDefault="00705E63">
      <w:r>
        <w:t>- Modelin İşlevselliği: 20 Puan</w:t>
      </w:r>
    </w:p>
    <w:p w:rsidR="00437A90" w:rsidRDefault="00705E63">
      <w:r>
        <w:t>- Dönüşümün Açıklanması: 20 Puan</w:t>
      </w:r>
    </w:p>
    <w:p w:rsidR="00437A90" w:rsidRDefault="00705E63">
      <w:r>
        <w:t>- Sunumun Anlaşılabilirliği: 20 Puan</w:t>
      </w:r>
    </w:p>
    <w:p w:rsidR="00437A90" w:rsidRDefault="00705E63">
      <w:r>
        <w:t>- Zamanında Teslim: 20 Puan</w:t>
      </w:r>
    </w:p>
    <w:sectPr w:rsidR="00437A9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37A90"/>
    <w:rsid w:val="00705E63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7558B65-10E1-4544-B8D0-2DF13B46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1168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2025-04-20T12:23:00Z</dcterms:modified>
  <cp:category/>
</cp:coreProperties>
</file>