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A16" w:rsidRDefault="002C31B5" w:rsidP="002C31B5">
      <w:pPr>
        <w:pStyle w:val="Balk1"/>
        <w:jc w:val="center"/>
      </w:pPr>
      <w:proofErr w:type="gramStart"/>
      <w:r>
        <w:t xml:space="preserve">8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07A16">
        <w:tc>
          <w:tcPr>
            <w:tcW w:w="4320" w:type="dxa"/>
          </w:tcPr>
          <w:p w:rsidR="00B07A16" w:rsidRDefault="002C31B5">
            <w:r>
              <w:t>Adı Soyadı:</w:t>
            </w:r>
          </w:p>
        </w:tc>
        <w:tc>
          <w:tcPr>
            <w:tcW w:w="4320" w:type="dxa"/>
          </w:tcPr>
          <w:p w:rsidR="00B07A16" w:rsidRDefault="002C31B5">
            <w:r>
              <w:t>Sınıf / Şube / No:</w:t>
            </w:r>
          </w:p>
        </w:tc>
      </w:tr>
      <w:tr w:rsidR="00B07A16">
        <w:tc>
          <w:tcPr>
            <w:tcW w:w="4320" w:type="dxa"/>
          </w:tcPr>
          <w:p w:rsidR="00B07A16" w:rsidRDefault="002C31B5">
            <w:r>
              <w:t>Okulu:</w:t>
            </w:r>
          </w:p>
        </w:tc>
        <w:tc>
          <w:tcPr>
            <w:tcW w:w="4320" w:type="dxa"/>
          </w:tcPr>
          <w:p w:rsidR="00B07A16" w:rsidRDefault="00B07A16"/>
        </w:tc>
      </w:tr>
      <w:tr w:rsidR="00B07A16">
        <w:tc>
          <w:tcPr>
            <w:tcW w:w="4320" w:type="dxa"/>
          </w:tcPr>
          <w:p w:rsidR="00B07A16" w:rsidRDefault="002C31B5">
            <w:r>
              <w:t>Veriliş Tarihi:</w:t>
            </w:r>
          </w:p>
        </w:tc>
        <w:tc>
          <w:tcPr>
            <w:tcW w:w="4320" w:type="dxa"/>
          </w:tcPr>
          <w:p w:rsidR="00B07A16" w:rsidRDefault="002C31B5">
            <w:r>
              <w:t>Teslim Tarihi:</w:t>
            </w:r>
          </w:p>
        </w:tc>
      </w:tr>
      <w:tr w:rsidR="00B07A16">
        <w:tc>
          <w:tcPr>
            <w:tcW w:w="8640" w:type="dxa"/>
            <w:gridSpan w:val="2"/>
          </w:tcPr>
          <w:p w:rsidR="00B07A16" w:rsidRDefault="002C31B5">
            <w:r>
              <w:t>Öğrenme Alanı / Ünite: ENERJİ DÖNÜŞÜMLERİ VE ENERJİ AKIŞI</w:t>
            </w:r>
            <w:r>
              <w:br/>
              <w:t xml:space="preserve">Konu: Enerji Kaynaklarının </w:t>
            </w:r>
            <w:r>
              <w:t>Karşılaştırılması ve Etkileri</w:t>
            </w:r>
          </w:p>
        </w:tc>
      </w:tr>
    </w:tbl>
    <w:p w:rsidR="00B07A16" w:rsidRDefault="00B07A16"/>
    <w:p w:rsidR="00B07A16" w:rsidRDefault="002C31B5">
      <w:pPr>
        <w:pStyle w:val="Balk2"/>
        <w:jc w:val="center"/>
      </w:pPr>
      <w:r>
        <w:t>PROJE KONUSU AÇIKLAMASI</w:t>
      </w:r>
    </w:p>
    <w:p w:rsidR="00B07A16" w:rsidRDefault="002C31B5">
      <w:r>
        <w:t>Yenilenebilir ve yenilenemez enerji kaynaklarını karşılaştıran, çevreye etkilerini anlatan ve örneklerle desteklenen bir bilgilendirici afiş hazırlayınız. Afişte grafik, sembol, fotoğraf ve açıklamala</w:t>
      </w:r>
      <w:r>
        <w:t>r bulunmalıdır.</w:t>
      </w:r>
    </w:p>
    <w:p w:rsidR="00B07A16" w:rsidRDefault="002C31B5">
      <w:pPr>
        <w:pStyle w:val="Balk2"/>
        <w:jc w:val="center"/>
      </w:pPr>
      <w:r>
        <w:t>PROJE YÖNERGESİ</w:t>
      </w:r>
    </w:p>
    <w:p w:rsidR="00B07A16" w:rsidRDefault="002C31B5">
      <w:pPr>
        <w:pStyle w:val="ListeNumaras"/>
      </w:pPr>
      <w:r>
        <w:t>Enerji kaynakları türlerini ve özelliklerini araştırınız.</w:t>
      </w:r>
    </w:p>
    <w:p w:rsidR="00B07A16" w:rsidRDefault="002C31B5">
      <w:pPr>
        <w:pStyle w:val="ListeNumaras"/>
      </w:pPr>
      <w:r>
        <w:t>Her kaynak için kullanım alanlarını ve avantaj-dezavantajları yazınız.</w:t>
      </w:r>
    </w:p>
    <w:p w:rsidR="00B07A16" w:rsidRDefault="002C31B5">
      <w:pPr>
        <w:pStyle w:val="ListeNumaras"/>
      </w:pPr>
      <w:r>
        <w:t>Grafik veya tablo ile karşılaştırma yapınız.</w:t>
      </w:r>
    </w:p>
    <w:p w:rsidR="00B07A16" w:rsidRDefault="002C31B5">
      <w:pPr>
        <w:pStyle w:val="ListeNumaras"/>
      </w:pPr>
      <w:r>
        <w:t xml:space="preserve">Renkli, dikkat çekici ve bilgilendirici bir afiş </w:t>
      </w:r>
      <w:r>
        <w:t>tasarlayınız.</w:t>
      </w:r>
    </w:p>
    <w:p w:rsidR="00B07A16" w:rsidRDefault="002C31B5">
      <w:pPr>
        <w:pStyle w:val="ListeNumaras"/>
      </w:pPr>
      <w:r>
        <w:t>Hazırladığınız afişi belirtilen tarihte öğretmeninize teslim ediniz.</w:t>
      </w:r>
    </w:p>
    <w:p w:rsidR="00B07A16" w:rsidRDefault="002C31B5">
      <w:pPr>
        <w:pStyle w:val="Balk2"/>
        <w:jc w:val="center"/>
      </w:pPr>
      <w:r>
        <w:t>PUANLAMA ÖLÇÜTLERİ</w:t>
      </w:r>
    </w:p>
    <w:p w:rsidR="00B07A16" w:rsidRDefault="002C31B5">
      <w:r>
        <w:t>- Bilgi Doğruluğu ve Güncellik: 20 Puan</w:t>
      </w:r>
    </w:p>
    <w:p w:rsidR="00B07A16" w:rsidRDefault="002C31B5">
      <w:r>
        <w:t>- Görsel Sunum ve Anlatım: 20 Puan</w:t>
      </w:r>
    </w:p>
    <w:p w:rsidR="00B07A16" w:rsidRDefault="002C31B5">
      <w:r>
        <w:t>- Karşılaştırma ve Yorumlama: 20 Puan</w:t>
      </w:r>
    </w:p>
    <w:p w:rsidR="00B07A16" w:rsidRDefault="002C31B5">
      <w:r>
        <w:t>- Estetik Tasarım: 20 Puan</w:t>
      </w:r>
    </w:p>
    <w:p w:rsidR="00B07A16" w:rsidRDefault="002C31B5">
      <w:r>
        <w:t>- Zamanında Te</w:t>
      </w:r>
      <w:r>
        <w:t>slim: 20 Puan</w:t>
      </w:r>
    </w:p>
    <w:sectPr w:rsidR="00B07A1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C31B5"/>
    <w:rsid w:val="00326F90"/>
    <w:rsid w:val="00AA1D8D"/>
    <w:rsid w:val="00B07A16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04F2DB-0E72-4FB3-9A30-300217EF4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2025-04-20T12:23:00Z</dcterms:modified>
  <cp:category/>
</cp:coreProperties>
</file>