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A3B" w:rsidRDefault="00F03BA9" w:rsidP="00F03BA9">
      <w:pPr>
        <w:pStyle w:val="Balk1"/>
        <w:jc w:val="center"/>
      </w:pPr>
      <w:proofErr w:type="gramStart"/>
      <w:r>
        <w:t xml:space="preserve">8 SINIF FEN BİLİMLERİ PROJE GÖREV YÖNERGESİ </w:t>
      </w:r>
      <w:bookmarkStart w:id="0" w:name="_GoBack"/>
      <w:bookmarkEnd w:id="0"/>
      <w:r>
        <w:t>EĞİTİM-ÖĞRETİM YILI: 20....</w:t>
      </w:r>
      <w:proofErr w:type="gramEnd"/>
      <w:r>
        <w:t xml:space="preserve"> – 20....</w:t>
      </w:r>
    </w:p>
    <w:tbl>
      <w:tblPr>
        <w:tblStyle w:val="TabloKlavuzu"/>
        <w:tblW w:w="0" w:type="auto"/>
        <w:tblLook w:val="04A0" w:firstRow="1" w:lastRow="0" w:firstColumn="1" w:lastColumn="0" w:noHBand="0" w:noVBand="1"/>
      </w:tblPr>
      <w:tblGrid>
        <w:gridCol w:w="4320"/>
        <w:gridCol w:w="4320"/>
      </w:tblGrid>
      <w:tr w:rsidR="001B0A3B">
        <w:tc>
          <w:tcPr>
            <w:tcW w:w="4320" w:type="dxa"/>
          </w:tcPr>
          <w:p w:rsidR="001B0A3B" w:rsidRDefault="00F03BA9">
            <w:r>
              <w:t>Adı Soyadı:</w:t>
            </w:r>
          </w:p>
        </w:tc>
        <w:tc>
          <w:tcPr>
            <w:tcW w:w="4320" w:type="dxa"/>
          </w:tcPr>
          <w:p w:rsidR="001B0A3B" w:rsidRDefault="00F03BA9">
            <w:r>
              <w:t>Sınıf / Şube / No:</w:t>
            </w:r>
          </w:p>
        </w:tc>
      </w:tr>
      <w:tr w:rsidR="001B0A3B">
        <w:tc>
          <w:tcPr>
            <w:tcW w:w="4320" w:type="dxa"/>
          </w:tcPr>
          <w:p w:rsidR="001B0A3B" w:rsidRDefault="00F03BA9">
            <w:r>
              <w:t>Okulu:</w:t>
            </w:r>
          </w:p>
        </w:tc>
        <w:tc>
          <w:tcPr>
            <w:tcW w:w="4320" w:type="dxa"/>
          </w:tcPr>
          <w:p w:rsidR="001B0A3B" w:rsidRDefault="001B0A3B"/>
        </w:tc>
      </w:tr>
      <w:tr w:rsidR="001B0A3B">
        <w:tc>
          <w:tcPr>
            <w:tcW w:w="4320" w:type="dxa"/>
          </w:tcPr>
          <w:p w:rsidR="001B0A3B" w:rsidRDefault="00F03BA9">
            <w:r>
              <w:t>Veriliş Tarihi:</w:t>
            </w:r>
          </w:p>
        </w:tc>
        <w:tc>
          <w:tcPr>
            <w:tcW w:w="4320" w:type="dxa"/>
          </w:tcPr>
          <w:p w:rsidR="001B0A3B" w:rsidRDefault="00F03BA9">
            <w:r>
              <w:t>Teslim Tarihi:</w:t>
            </w:r>
          </w:p>
        </w:tc>
      </w:tr>
      <w:tr w:rsidR="001B0A3B">
        <w:tc>
          <w:tcPr>
            <w:tcW w:w="8640" w:type="dxa"/>
            <w:gridSpan w:val="2"/>
          </w:tcPr>
          <w:p w:rsidR="001B0A3B" w:rsidRDefault="00F03BA9">
            <w:r>
              <w:t>Öğrenme Alanı / Ünite: MADDE VE ENDÜSTRİ</w:t>
            </w:r>
            <w:r>
              <w:br/>
              <w:t xml:space="preserve">Konu: Farklı Atık Türlerine Özel Geri Dönüşüm Kutusu </w:t>
            </w:r>
            <w:r>
              <w:t>Hazırlama</w:t>
            </w:r>
          </w:p>
        </w:tc>
      </w:tr>
    </w:tbl>
    <w:p w:rsidR="001B0A3B" w:rsidRDefault="001B0A3B"/>
    <w:p w:rsidR="001B0A3B" w:rsidRDefault="00F03BA9">
      <w:pPr>
        <w:pStyle w:val="Balk2"/>
        <w:jc w:val="center"/>
      </w:pPr>
      <w:r>
        <w:t>PROJE KONUSU AÇIKLAMASI</w:t>
      </w:r>
    </w:p>
    <w:p w:rsidR="001B0A3B" w:rsidRDefault="00F03BA9">
      <w:r>
        <w:t>Evde veya okulda kullanılmak üzere plastik, cam, kağıt ve metal atıklar için özel olarak tasarlanmış bir geri dönüşüm kutusu modeli hazırlayınız. Her bölme için ayrı etiket, sembol ve bilgilendirme alanı bulunmalıdır.</w:t>
      </w:r>
    </w:p>
    <w:p w:rsidR="001B0A3B" w:rsidRDefault="00F03BA9">
      <w:pPr>
        <w:pStyle w:val="Balk2"/>
        <w:jc w:val="center"/>
      </w:pPr>
      <w:r>
        <w:t>PR</w:t>
      </w:r>
      <w:r>
        <w:t>OJE YÖNERGESİ</w:t>
      </w:r>
    </w:p>
    <w:p w:rsidR="001B0A3B" w:rsidRDefault="00F03BA9">
      <w:pPr>
        <w:pStyle w:val="ListeNumaras"/>
      </w:pPr>
      <w:r>
        <w:t>Geri dönüşüm nedir, hangi atık türleri nasıl ayrılır araştırınız.</w:t>
      </w:r>
    </w:p>
    <w:p w:rsidR="001B0A3B" w:rsidRDefault="00F03BA9">
      <w:pPr>
        <w:pStyle w:val="ListeNumaras"/>
      </w:pPr>
      <w:r>
        <w:t>Geri dönüşüm kutusunu karton, kutu, atık materyaller gibi malzemelerle hazırlayınız.</w:t>
      </w:r>
    </w:p>
    <w:p w:rsidR="001B0A3B" w:rsidRDefault="00F03BA9">
      <w:pPr>
        <w:pStyle w:val="ListeNumaras"/>
      </w:pPr>
      <w:r>
        <w:t>Her bölmeye ait etiketleri, sembolleri ve kullanım talimatlarını hazırlayınız.</w:t>
      </w:r>
    </w:p>
    <w:p w:rsidR="001B0A3B" w:rsidRDefault="00F03BA9">
      <w:pPr>
        <w:pStyle w:val="ListeNumaras"/>
      </w:pPr>
      <w:r>
        <w:t xml:space="preserve">Kutunun </w:t>
      </w:r>
      <w:r>
        <w:t>estetik, dayanıklı ve işlevsel olmasına dikkat ediniz.</w:t>
      </w:r>
    </w:p>
    <w:p w:rsidR="001B0A3B" w:rsidRDefault="00F03BA9">
      <w:pPr>
        <w:pStyle w:val="ListeNumaras"/>
      </w:pPr>
      <w:r>
        <w:t>Modelinizi sınıfta sunuma uygun hale getiriniz.</w:t>
      </w:r>
    </w:p>
    <w:p w:rsidR="001B0A3B" w:rsidRDefault="00F03BA9">
      <w:pPr>
        <w:pStyle w:val="ListeNumaras"/>
      </w:pPr>
      <w:r>
        <w:t>Projenizi belirtilen tarihte öğretmeninize teslim ediniz.</w:t>
      </w:r>
    </w:p>
    <w:p w:rsidR="001B0A3B" w:rsidRDefault="00F03BA9">
      <w:pPr>
        <w:pStyle w:val="Balk2"/>
        <w:jc w:val="center"/>
      </w:pPr>
      <w:r>
        <w:t>PUANLAMA ÖLÇÜTLERİ</w:t>
      </w:r>
    </w:p>
    <w:p w:rsidR="001B0A3B" w:rsidRDefault="00F03BA9">
      <w:r>
        <w:t>- Kutunun İşlevselliği ve Malzeme Seçimi: 20 Puan</w:t>
      </w:r>
    </w:p>
    <w:p w:rsidR="001B0A3B" w:rsidRDefault="00F03BA9">
      <w:r>
        <w:t>- Atık Türlerinin Doğru Sı</w:t>
      </w:r>
      <w:r>
        <w:t>nıflandırılması: 20 Puan</w:t>
      </w:r>
    </w:p>
    <w:p w:rsidR="001B0A3B" w:rsidRDefault="00F03BA9">
      <w:r>
        <w:t>- Etiketleme ve Açıklama: 20 Puan</w:t>
      </w:r>
    </w:p>
    <w:p w:rsidR="001B0A3B" w:rsidRDefault="00F03BA9">
      <w:r>
        <w:t>- Modelin Estetiği ve Dayanıklılığı: 20 Puan</w:t>
      </w:r>
    </w:p>
    <w:p w:rsidR="001B0A3B" w:rsidRDefault="00F03BA9">
      <w:r>
        <w:t>- Zamanında Teslim: 20 Puan</w:t>
      </w:r>
    </w:p>
    <w:sectPr w:rsidR="001B0A3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A2"/>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eNumaras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eNumaras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eMaddemi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eMaddemi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eNumaras"/>
      <w:lvlText w:val="%1."/>
      <w:lvlJc w:val="left"/>
      <w:pPr>
        <w:tabs>
          <w:tab w:val="num" w:pos="360"/>
        </w:tabs>
        <w:ind w:left="360" w:hanging="360"/>
      </w:pPr>
    </w:lvl>
  </w:abstractNum>
  <w:abstractNum w:abstractNumId="8">
    <w:nsid w:val="FFFFFF89"/>
    <w:multiLevelType w:val="singleLevel"/>
    <w:tmpl w:val="29761A62"/>
    <w:lvl w:ilvl="0">
      <w:start w:val="1"/>
      <w:numFmt w:val="bullet"/>
      <w:pStyle w:val="ListeMaddemi"/>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1B0A3B"/>
    <w:rsid w:val="0029639D"/>
    <w:rsid w:val="00326F90"/>
    <w:rsid w:val="00AA1D8D"/>
    <w:rsid w:val="00B47730"/>
    <w:rsid w:val="00CB0664"/>
    <w:rsid w:val="00F03BA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Balk1">
    <w:name w:val="heading 1"/>
    <w:basedOn w:val="Normal"/>
    <w:next w:val="Normal"/>
    <w:link w:val="Bal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KonuBal">
    <w:name w:val="Subtitle"/>
    <w:basedOn w:val="Normal"/>
    <w:next w:val="Normal"/>
    <w:link w:val="AltKonuBa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tKonuBalChar">
    <w:name w:val="Alt Konu Başlığı Char"/>
    <w:basedOn w:val="VarsaylanParagrafYazTipi"/>
    <w:link w:val="AltKonuBal"/>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pPr>
      <w:spacing w:after="120"/>
    </w:pPr>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after="120"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pPr>
      <w:spacing w:after="120"/>
    </w:pPr>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spacing w:after="120"/>
      <w:ind w:left="360"/>
      <w:contextualSpacing/>
    </w:pPr>
  </w:style>
  <w:style w:type="paragraph" w:styleId="ListeDevam2">
    <w:name w:val="List Continue 2"/>
    <w:basedOn w:val="Normal"/>
    <w:uiPriority w:val="99"/>
    <w:unhideWhenUsed/>
    <w:rsid w:val="0029639D"/>
    <w:pPr>
      <w:spacing w:after="120"/>
      <w:ind w:left="720"/>
      <w:contextualSpacing/>
    </w:pPr>
  </w:style>
  <w:style w:type="paragraph" w:styleId="ListeDevam3">
    <w:name w:val="List Continue 3"/>
    <w:basedOn w:val="Normal"/>
    <w:uiPriority w:val="99"/>
    <w:unhideWhenUsed/>
    <w:rsid w:val="0029639D"/>
    <w:pPr>
      <w:spacing w:after="120"/>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Trnak">
    <w:name w:val="Quote"/>
    <w:basedOn w:val="Normal"/>
    <w:next w:val="Normal"/>
    <w:link w:val="TrnakChar"/>
    <w:uiPriority w:val="29"/>
    <w:qFormat/>
    <w:rsid w:val="00FC693F"/>
    <w:rPr>
      <w:i/>
      <w:iCs/>
      <w:color w:val="000000" w:themeColor="text1"/>
    </w:rPr>
  </w:style>
  <w:style w:type="character" w:customStyle="1" w:styleId="TrnakChar">
    <w:name w:val="Tırnak Char"/>
    <w:basedOn w:val="VarsaylanParagrafYazTipi"/>
    <w:link w:val="Trnak"/>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KeskinTrnak">
    <w:name w:val="Intense Quote"/>
    <w:basedOn w:val="Normal"/>
    <w:next w:val="Normal"/>
    <w:link w:val="KeskinTrnak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KeskinTrnakChar">
    <w:name w:val="Keskin Tırnak Char"/>
    <w:basedOn w:val="VarsaylanParagrafYazTipi"/>
    <w:link w:val="KeskinTrnak"/>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Balk1">
    <w:name w:val="heading 1"/>
    <w:basedOn w:val="Normal"/>
    <w:next w:val="Normal"/>
    <w:link w:val="Bal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KonuBal">
    <w:name w:val="Subtitle"/>
    <w:basedOn w:val="Normal"/>
    <w:next w:val="Normal"/>
    <w:link w:val="AltKonuBa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tKonuBalChar">
    <w:name w:val="Alt Konu Başlığı Char"/>
    <w:basedOn w:val="VarsaylanParagrafYazTipi"/>
    <w:link w:val="AltKonuBal"/>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pPr>
      <w:spacing w:after="120"/>
    </w:pPr>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after="120"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pPr>
      <w:spacing w:after="120"/>
    </w:pPr>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spacing w:after="120"/>
      <w:ind w:left="360"/>
      <w:contextualSpacing/>
    </w:pPr>
  </w:style>
  <w:style w:type="paragraph" w:styleId="ListeDevam2">
    <w:name w:val="List Continue 2"/>
    <w:basedOn w:val="Normal"/>
    <w:uiPriority w:val="99"/>
    <w:unhideWhenUsed/>
    <w:rsid w:val="0029639D"/>
    <w:pPr>
      <w:spacing w:after="120"/>
      <w:ind w:left="720"/>
      <w:contextualSpacing/>
    </w:pPr>
  </w:style>
  <w:style w:type="paragraph" w:styleId="ListeDevam3">
    <w:name w:val="List Continue 3"/>
    <w:basedOn w:val="Normal"/>
    <w:uiPriority w:val="99"/>
    <w:unhideWhenUsed/>
    <w:rsid w:val="0029639D"/>
    <w:pPr>
      <w:spacing w:after="120"/>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Trnak">
    <w:name w:val="Quote"/>
    <w:basedOn w:val="Normal"/>
    <w:next w:val="Normal"/>
    <w:link w:val="TrnakChar"/>
    <w:uiPriority w:val="29"/>
    <w:qFormat/>
    <w:rsid w:val="00FC693F"/>
    <w:rPr>
      <w:i/>
      <w:iCs/>
      <w:color w:val="000000" w:themeColor="text1"/>
    </w:rPr>
  </w:style>
  <w:style w:type="character" w:customStyle="1" w:styleId="TrnakChar">
    <w:name w:val="Tırnak Char"/>
    <w:basedOn w:val="VarsaylanParagrafYazTipi"/>
    <w:link w:val="Trnak"/>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KeskinTrnak">
    <w:name w:val="Intense Quote"/>
    <w:basedOn w:val="Normal"/>
    <w:next w:val="Normal"/>
    <w:link w:val="KeskinTrnak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KeskinTrnakChar">
    <w:name w:val="Keskin Tırnak Char"/>
    <w:basedOn w:val="VarsaylanParagrafYazTipi"/>
    <w:link w:val="KeskinTrnak"/>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0A5EB7-0CCB-452C-ACFA-260D8D78C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974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1142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emin_fen@hotmail.com</cp:lastModifiedBy>
  <cp:revision>3</cp:revision>
  <dcterms:created xsi:type="dcterms:W3CDTF">2013-12-23T23:15:00Z</dcterms:created>
  <dcterms:modified xsi:type="dcterms:W3CDTF">2025-04-20T12:15:00Z</dcterms:modified>
  <cp:category/>
</cp:coreProperties>
</file>