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5F2" w:rsidRDefault="0082061D" w:rsidP="0082061D">
      <w:pPr>
        <w:pStyle w:val="Balk1"/>
        <w:jc w:val="center"/>
      </w:pPr>
      <w:r>
        <w:t xml:space="preserve">8 SINIF FEN BİLİMLERİ PROJE GÖREV YÖNERGESİ </w:t>
      </w:r>
      <w:bookmarkStart w:id="0" w:name="_GoBack"/>
      <w:bookmarkEnd w:id="0"/>
      <w:r>
        <w:t>EĞİTİM-ÖĞRETİM YILI: 20....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6B15F2">
        <w:tc>
          <w:tcPr>
            <w:tcW w:w="4320" w:type="dxa"/>
          </w:tcPr>
          <w:p w:rsidR="006B15F2" w:rsidRDefault="0082061D">
            <w:r>
              <w:t>Adı Soyadı:</w:t>
            </w:r>
          </w:p>
        </w:tc>
        <w:tc>
          <w:tcPr>
            <w:tcW w:w="4320" w:type="dxa"/>
          </w:tcPr>
          <w:p w:rsidR="006B15F2" w:rsidRDefault="0082061D">
            <w:r>
              <w:t>Sınıf / Şube / No:</w:t>
            </w:r>
          </w:p>
        </w:tc>
      </w:tr>
      <w:tr w:rsidR="006B15F2">
        <w:tc>
          <w:tcPr>
            <w:tcW w:w="4320" w:type="dxa"/>
          </w:tcPr>
          <w:p w:rsidR="006B15F2" w:rsidRDefault="0082061D">
            <w:r>
              <w:t>Okulu:</w:t>
            </w:r>
          </w:p>
        </w:tc>
        <w:tc>
          <w:tcPr>
            <w:tcW w:w="4320" w:type="dxa"/>
          </w:tcPr>
          <w:p w:rsidR="006B15F2" w:rsidRDefault="006B15F2"/>
        </w:tc>
      </w:tr>
      <w:tr w:rsidR="006B15F2">
        <w:tc>
          <w:tcPr>
            <w:tcW w:w="4320" w:type="dxa"/>
          </w:tcPr>
          <w:p w:rsidR="006B15F2" w:rsidRDefault="0082061D">
            <w:r>
              <w:t>Veriliş Tarihi:</w:t>
            </w:r>
          </w:p>
        </w:tc>
        <w:tc>
          <w:tcPr>
            <w:tcW w:w="4320" w:type="dxa"/>
          </w:tcPr>
          <w:p w:rsidR="006B15F2" w:rsidRDefault="0082061D">
            <w:r>
              <w:t>Teslim Tarihi:</w:t>
            </w:r>
          </w:p>
        </w:tc>
      </w:tr>
      <w:tr w:rsidR="006B15F2">
        <w:tc>
          <w:tcPr>
            <w:tcW w:w="8640" w:type="dxa"/>
            <w:gridSpan w:val="2"/>
          </w:tcPr>
          <w:p w:rsidR="006B15F2" w:rsidRDefault="0082061D">
            <w:r>
              <w:t>Öğrenme Alanı / Ünite: MEVSİMLER VE İKLİM</w:t>
            </w:r>
            <w:r>
              <w:br/>
              <w:t>Konu: İklim Tiplerinin Harita Üzerinde Gösterimi</w:t>
            </w:r>
          </w:p>
        </w:tc>
      </w:tr>
    </w:tbl>
    <w:p w:rsidR="006B15F2" w:rsidRDefault="006B15F2"/>
    <w:p w:rsidR="006B15F2" w:rsidRDefault="0082061D">
      <w:pPr>
        <w:pStyle w:val="Balk2"/>
        <w:jc w:val="center"/>
      </w:pPr>
      <w:r>
        <w:t xml:space="preserve">PROJE </w:t>
      </w:r>
      <w:r>
        <w:t>KONUSU AÇIKLAMASI</w:t>
      </w:r>
    </w:p>
    <w:p w:rsidR="006B15F2" w:rsidRDefault="0082061D">
      <w:r>
        <w:t>Türkiye’de görülen farklı iklim tiplerini (Karadeniz, Akdeniz, Karasal) gösteren bir afiş hazırlayınız. Afişte her iklim tipinin bulunduğu bölgeleri harita üzerinde renklendirerek belirtiniz ve özelliklerini yazınız.</w:t>
      </w:r>
    </w:p>
    <w:p w:rsidR="006B15F2" w:rsidRDefault="0082061D">
      <w:pPr>
        <w:pStyle w:val="Balk2"/>
        <w:jc w:val="center"/>
      </w:pPr>
      <w:r>
        <w:t>PROJE YÖNERGESİ</w:t>
      </w:r>
    </w:p>
    <w:p w:rsidR="006B15F2" w:rsidRDefault="0082061D">
      <w:pPr>
        <w:pStyle w:val="ListeNumaras"/>
      </w:pPr>
      <w:r>
        <w:t>Türki</w:t>
      </w:r>
      <w:r>
        <w:t>ye’deki iklim çeşitlerini ve özelliklerini araştırınız.</w:t>
      </w:r>
    </w:p>
    <w:p w:rsidR="006B15F2" w:rsidRDefault="0082061D">
      <w:pPr>
        <w:pStyle w:val="ListeNumaras"/>
      </w:pPr>
      <w:r>
        <w:t>Harita üzerinde Karadeniz, Akdeniz ve Karasal iklim alanlarını farklı renklerle gösteriniz.</w:t>
      </w:r>
    </w:p>
    <w:p w:rsidR="006B15F2" w:rsidRDefault="0082061D">
      <w:pPr>
        <w:pStyle w:val="ListeNumaras"/>
      </w:pPr>
      <w:r>
        <w:t>Her iklim tipi için sıcaklık, yağış, bitki örtüsü gibi özellikleri yazınız.</w:t>
      </w:r>
    </w:p>
    <w:p w:rsidR="006B15F2" w:rsidRDefault="0082061D">
      <w:pPr>
        <w:pStyle w:val="ListeNumaras"/>
      </w:pPr>
      <w:r>
        <w:t xml:space="preserve">Afişinize başlık, semboller ve </w:t>
      </w:r>
      <w:r>
        <w:t>kısa açıklamalar ekleyiniz.</w:t>
      </w:r>
    </w:p>
    <w:p w:rsidR="006B15F2" w:rsidRDefault="0082061D">
      <w:pPr>
        <w:pStyle w:val="ListeNumaras"/>
      </w:pPr>
      <w:r>
        <w:t>Estetik, düzenli ve öğretici bir afiş hazırlayınız.</w:t>
      </w:r>
    </w:p>
    <w:p w:rsidR="006B15F2" w:rsidRDefault="0082061D">
      <w:pPr>
        <w:pStyle w:val="ListeNumaras"/>
      </w:pPr>
      <w:r>
        <w:t>Projenizi belirtilen tarihte öğretmeninize teslim ediniz.</w:t>
      </w:r>
    </w:p>
    <w:p w:rsidR="006B15F2" w:rsidRDefault="0082061D">
      <w:pPr>
        <w:pStyle w:val="Balk2"/>
        <w:jc w:val="center"/>
      </w:pPr>
      <w:r>
        <w:t>PUANLAMA ÖLÇÜTLERİ</w:t>
      </w:r>
    </w:p>
    <w:p w:rsidR="006B15F2" w:rsidRDefault="0082061D">
      <w:r>
        <w:t>- İklim Bölgelerinin Doğru Gösterimi: 20 Puan</w:t>
      </w:r>
    </w:p>
    <w:p w:rsidR="006B15F2" w:rsidRDefault="0082061D">
      <w:r>
        <w:t>- Bilgi Doğruluğu ve Özelliklerin Açıklanması: 20 Pua</w:t>
      </w:r>
      <w:r>
        <w:t>n</w:t>
      </w:r>
    </w:p>
    <w:p w:rsidR="006B15F2" w:rsidRDefault="0082061D">
      <w:r>
        <w:t>- Görsel Anlatım ve Harita Kullanımı: 20 Puan</w:t>
      </w:r>
    </w:p>
    <w:p w:rsidR="006B15F2" w:rsidRDefault="0082061D">
      <w:r>
        <w:t>- Afişin Estetik ve Düzeni: 20 Puan</w:t>
      </w:r>
    </w:p>
    <w:p w:rsidR="006B15F2" w:rsidRDefault="0082061D">
      <w:r>
        <w:t>- Zamanında Teslim: 20 Puan</w:t>
      </w:r>
    </w:p>
    <w:sectPr w:rsidR="006B15F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6B15F2"/>
    <w:rsid w:val="0082061D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E0D6999-A508-4F43-84AA-CD905412DB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1130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2025-04-20T12:06:00Z</dcterms:modified>
  <cp:category/>
</cp:coreProperties>
</file>