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AEA" w:rsidRDefault="00D375AC" w:rsidP="00D375AC">
      <w:pPr>
        <w:pStyle w:val="Balk1"/>
        <w:jc w:val="center"/>
      </w:pPr>
      <w:r>
        <w:t xml:space="preserve">8 SINIF FEN BİLİMLERİ PROJE GÖREV YÖNERGESİ </w:t>
      </w:r>
      <w:bookmarkStart w:id="0" w:name="_GoBack"/>
      <w:bookmarkEnd w:id="0"/>
      <w:r>
        <w:t>EĞİTİM-ÖĞRETİM YILI: 20....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1B7AEA">
        <w:tc>
          <w:tcPr>
            <w:tcW w:w="4320" w:type="dxa"/>
          </w:tcPr>
          <w:p w:rsidR="001B7AEA" w:rsidRDefault="00D375AC">
            <w:r>
              <w:t>Adı Soyadı:</w:t>
            </w:r>
          </w:p>
        </w:tc>
        <w:tc>
          <w:tcPr>
            <w:tcW w:w="4320" w:type="dxa"/>
          </w:tcPr>
          <w:p w:rsidR="001B7AEA" w:rsidRDefault="00D375AC">
            <w:r>
              <w:t>Sınıf / Şube / No:</w:t>
            </w:r>
          </w:p>
        </w:tc>
      </w:tr>
      <w:tr w:rsidR="001B7AEA">
        <w:tc>
          <w:tcPr>
            <w:tcW w:w="4320" w:type="dxa"/>
          </w:tcPr>
          <w:p w:rsidR="001B7AEA" w:rsidRDefault="00D375AC">
            <w:r>
              <w:t>Okulu:</w:t>
            </w:r>
          </w:p>
        </w:tc>
        <w:tc>
          <w:tcPr>
            <w:tcW w:w="4320" w:type="dxa"/>
          </w:tcPr>
          <w:p w:rsidR="001B7AEA" w:rsidRDefault="001B7AEA"/>
        </w:tc>
      </w:tr>
      <w:tr w:rsidR="001B7AEA">
        <w:tc>
          <w:tcPr>
            <w:tcW w:w="4320" w:type="dxa"/>
          </w:tcPr>
          <w:p w:rsidR="001B7AEA" w:rsidRDefault="00D375AC">
            <w:r>
              <w:t>Veriliş Tarihi:</w:t>
            </w:r>
          </w:p>
        </w:tc>
        <w:tc>
          <w:tcPr>
            <w:tcW w:w="4320" w:type="dxa"/>
          </w:tcPr>
          <w:p w:rsidR="001B7AEA" w:rsidRDefault="00D375AC">
            <w:r>
              <w:t>Teslim Tarihi:</w:t>
            </w:r>
          </w:p>
        </w:tc>
      </w:tr>
      <w:tr w:rsidR="001B7AEA">
        <w:tc>
          <w:tcPr>
            <w:tcW w:w="8640" w:type="dxa"/>
            <w:gridSpan w:val="2"/>
          </w:tcPr>
          <w:p w:rsidR="001B7AEA" w:rsidRDefault="00D375AC">
            <w:r>
              <w:t>Öğrenme Alanı / Ünite: BASİT MAKİNELAR</w:t>
            </w:r>
            <w:r>
              <w:br/>
              <w:t xml:space="preserve">Konu: Desteğin, Yükün ve Kuvvetin Konumuna Göre Kaldıraç </w:t>
            </w:r>
            <w:r>
              <w:t>Tipleri</w:t>
            </w:r>
          </w:p>
        </w:tc>
      </w:tr>
    </w:tbl>
    <w:p w:rsidR="001B7AEA" w:rsidRDefault="001B7AEA"/>
    <w:p w:rsidR="001B7AEA" w:rsidRDefault="00D375AC">
      <w:pPr>
        <w:pStyle w:val="Balk2"/>
        <w:jc w:val="center"/>
      </w:pPr>
      <w:r>
        <w:t>PROJE KONUSU AÇIKLAMASI</w:t>
      </w:r>
    </w:p>
    <w:p w:rsidR="001B7AEA" w:rsidRDefault="00D375AC">
      <w:r>
        <w:t>Farklı kaldıraç türlerini tanıtan ve kuvvet, yük ve destek noktalarının konumlarına göre çalışan bir kaldıraç model(ler)i hazırlayınız. Modelin hangi tür kaldıraç olduğunu belirtiniz ve örneklerle sunum yapınız.</w:t>
      </w:r>
    </w:p>
    <w:p w:rsidR="001B7AEA" w:rsidRDefault="00D375AC">
      <w:pPr>
        <w:pStyle w:val="Balk2"/>
        <w:jc w:val="center"/>
      </w:pPr>
      <w:r>
        <w:t>PROJE YÖNE</w:t>
      </w:r>
      <w:r>
        <w:t>RGESİ</w:t>
      </w:r>
    </w:p>
    <w:p w:rsidR="001B7AEA" w:rsidRDefault="00D375AC">
      <w:pPr>
        <w:pStyle w:val="ListeNumaras"/>
      </w:pPr>
      <w:r>
        <w:t>Kaldıraç türlerini ve kullanım alanlarını araştırınız.</w:t>
      </w:r>
    </w:p>
    <w:p w:rsidR="001B7AEA" w:rsidRDefault="00D375AC">
      <w:pPr>
        <w:pStyle w:val="ListeNumaras"/>
      </w:pPr>
      <w:r>
        <w:t>Desteğin, kuvvetin ve yükün sırasına göre 3 kaldıraç türünü belirleyiniz.</w:t>
      </w:r>
    </w:p>
    <w:p w:rsidR="001B7AEA" w:rsidRDefault="00D375AC">
      <w:pPr>
        <w:pStyle w:val="ListeNumaras"/>
      </w:pPr>
      <w:r>
        <w:t>Basit bir kaldıraç düzeneği kurarak denge noktasını ve kuvvet kazancını açıklayınız.</w:t>
      </w:r>
    </w:p>
    <w:p w:rsidR="001B7AEA" w:rsidRDefault="00D375AC">
      <w:pPr>
        <w:pStyle w:val="ListeNumaras"/>
      </w:pPr>
      <w:r>
        <w:t xml:space="preserve">Her kaldıraç türü için örnek günlük </w:t>
      </w:r>
      <w:r>
        <w:t>hayat nesnelerini yazınız.</w:t>
      </w:r>
    </w:p>
    <w:p w:rsidR="001B7AEA" w:rsidRDefault="00D375AC">
      <w:pPr>
        <w:pStyle w:val="ListeNumaras"/>
      </w:pPr>
      <w:r>
        <w:t>Hazırladığınız modeli sınıfta sunuma hazır hale getiriniz.</w:t>
      </w:r>
    </w:p>
    <w:p w:rsidR="001B7AEA" w:rsidRDefault="00D375AC">
      <w:pPr>
        <w:pStyle w:val="ListeNumaras"/>
      </w:pPr>
      <w:r>
        <w:t>Projenizi belirtilen tarihte öğretmeninize teslim ediniz.</w:t>
      </w:r>
    </w:p>
    <w:p w:rsidR="001B7AEA" w:rsidRDefault="00D375AC">
      <w:pPr>
        <w:pStyle w:val="Balk2"/>
        <w:jc w:val="center"/>
      </w:pPr>
      <w:r>
        <w:t>PUANLAMA ÖLÇÜTLERİ</w:t>
      </w:r>
    </w:p>
    <w:p w:rsidR="001B7AEA" w:rsidRDefault="00D375AC">
      <w:r>
        <w:t>- Modelin Bilimsel Uygunluğu: 20 Puan</w:t>
      </w:r>
    </w:p>
    <w:p w:rsidR="001B7AEA" w:rsidRDefault="00D375AC">
      <w:r>
        <w:t>- Kaldıraç Türlerinin Doğru Tanıtımı: 20 Puan</w:t>
      </w:r>
    </w:p>
    <w:p w:rsidR="001B7AEA" w:rsidRDefault="00D375AC">
      <w:r>
        <w:t>- Görsell</w:t>
      </w:r>
      <w:r>
        <w:t>ik ve Açıklayıcılık: 20 Puan</w:t>
      </w:r>
    </w:p>
    <w:p w:rsidR="001B7AEA" w:rsidRDefault="00D375AC">
      <w:r>
        <w:t>- Yaratıcılık ve Estetik: 20 Puan</w:t>
      </w:r>
    </w:p>
    <w:p w:rsidR="001B7AEA" w:rsidRDefault="00D375AC">
      <w:r>
        <w:t>- Zamanında Teslim: 20 Puan</w:t>
      </w:r>
    </w:p>
    <w:sectPr w:rsidR="001B7AE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1B7AEA"/>
    <w:rsid w:val="0029639D"/>
    <w:rsid w:val="00326F90"/>
    <w:rsid w:val="00AA1D8D"/>
    <w:rsid w:val="00B47730"/>
    <w:rsid w:val="00CB0664"/>
    <w:rsid w:val="00D375A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65E7587-3ACA-40B7-9850-ED44FDF13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1107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2025-04-20T12:19:00Z</dcterms:modified>
  <cp:category/>
</cp:coreProperties>
</file>