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DAA" w:rsidRDefault="00A478F1" w:rsidP="00A478F1">
      <w:pPr>
        <w:pStyle w:val="Balk1"/>
        <w:jc w:val="center"/>
      </w:pPr>
      <w:r>
        <w:t xml:space="preserve">8 SINIF FEN BİLİMLERİ PROJE GÖREV YÖNERGESİ </w:t>
      </w:r>
      <w:bookmarkStart w:id="0" w:name="_GoBack"/>
      <w:bookmarkEnd w:id="0"/>
      <w:r>
        <w:t>EĞİTİM-ÖĞRETİM YILI: 20....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BC2DAA">
        <w:tc>
          <w:tcPr>
            <w:tcW w:w="4320" w:type="dxa"/>
          </w:tcPr>
          <w:p w:rsidR="00BC2DAA" w:rsidRDefault="00A478F1">
            <w:r>
              <w:t>Adı Soyadı:</w:t>
            </w:r>
          </w:p>
        </w:tc>
        <w:tc>
          <w:tcPr>
            <w:tcW w:w="4320" w:type="dxa"/>
          </w:tcPr>
          <w:p w:rsidR="00BC2DAA" w:rsidRDefault="00A478F1">
            <w:r>
              <w:t>Sınıf / Şube / No:</w:t>
            </w:r>
          </w:p>
        </w:tc>
      </w:tr>
      <w:tr w:rsidR="00BC2DAA">
        <w:tc>
          <w:tcPr>
            <w:tcW w:w="4320" w:type="dxa"/>
          </w:tcPr>
          <w:p w:rsidR="00BC2DAA" w:rsidRDefault="00A478F1">
            <w:r>
              <w:t>Okulu:</w:t>
            </w:r>
          </w:p>
        </w:tc>
        <w:tc>
          <w:tcPr>
            <w:tcW w:w="4320" w:type="dxa"/>
          </w:tcPr>
          <w:p w:rsidR="00BC2DAA" w:rsidRDefault="00BC2DAA"/>
        </w:tc>
      </w:tr>
      <w:tr w:rsidR="00BC2DAA">
        <w:tc>
          <w:tcPr>
            <w:tcW w:w="4320" w:type="dxa"/>
          </w:tcPr>
          <w:p w:rsidR="00BC2DAA" w:rsidRDefault="00A478F1">
            <w:r>
              <w:t>Veriliş Tarihi:</w:t>
            </w:r>
          </w:p>
        </w:tc>
        <w:tc>
          <w:tcPr>
            <w:tcW w:w="4320" w:type="dxa"/>
          </w:tcPr>
          <w:p w:rsidR="00BC2DAA" w:rsidRDefault="00A478F1">
            <w:r>
              <w:t>Teslim Tarihi:</w:t>
            </w:r>
          </w:p>
        </w:tc>
      </w:tr>
      <w:tr w:rsidR="00BC2DAA">
        <w:tc>
          <w:tcPr>
            <w:tcW w:w="8640" w:type="dxa"/>
            <w:gridSpan w:val="2"/>
          </w:tcPr>
          <w:p w:rsidR="00BC2DAA" w:rsidRDefault="00A478F1">
            <w:r>
              <w:t>Öğrenme Alanı / Ünite: BASINÇ</w:t>
            </w:r>
            <w:r>
              <w:br/>
              <w:t>Konu: Aynı Kuvvetin Farklı Yüzey Alanlarına Uygulanması</w:t>
            </w:r>
          </w:p>
        </w:tc>
      </w:tr>
    </w:tbl>
    <w:p w:rsidR="00BC2DAA" w:rsidRDefault="00BC2DAA"/>
    <w:p w:rsidR="00BC2DAA" w:rsidRDefault="00A478F1">
      <w:pPr>
        <w:pStyle w:val="Balk2"/>
        <w:jc w:val="center"/>
      </w:pPr>
      <w:r>
        <w:t xml:space="preserve">PROJE KONUSU </w:t>
      </w:r>
      <w:r>
        <w:t>AÇIKLAMASI</w:t>
      </w:r>
    </w:p>
    <w:p w:rsidR="00BC2DAA" w:rsidRDefault="00A478F1">
      <w:r>
        <w:t>Farklı yüzey alanlarına sahip cisimlerle yapılan deneyde, uygulanan kuvvetin basınç üzerindeki etkisini gözlemleyiniz. Basit deney düzeneğiyle yüzey alanı-basınç ilişkisini ortaya koyan bir çalışma hazırlayınız.</w:t>
      </w:r>
    </w:p>
    <w:p w:rsidR="00BC2DAA" w:rsidRDefault="00A478F1">
      <w:pPr>
        <w:pStyle w:val="Balk2"/>
        <w:jc w:val="center"/>
      </w:pPr>
      <w:r>
        <w:t>PROJE YÖNERGESİ</w:t>
      </w:r>
    </w:p>
    <w:p w:rsidR="00BC2DAA" w:rsidRDefault="00A478F1">
      <w:pPr>
        <w:pStyle w:val="ListeNumaras"/>
      </w:pPr>
      <w:r>
        <w:t>Katı basıncı, kuv</w:t>
      </w:r>
      <w:r>
        <w:t>vet ve yüzey alanı ilişkisini araştırınız.</w:t>
      </w:r>
    </w:p>
    <w:p w:rsidR="00BC2DAA" w:rsidRDefault="00A478F1">
      <w:pPr>
        <w:pStyle w:val="ListeNumaras"/>
      </w:pPr>
      <w:r>
        <w:t>Farklı taban alanlarına sahip cisimler (örneğin: tahta, plastik kutu) belirleyiniz.</w:t>
      </w:r>
    </w:p>
    <w:p w:rsidR="00BC2DAA" w:rsidRDefault="00A478F1">
      <w:pPr>
        <w:pStyle w:val="ListeNumaras"/>
      </w:pPr>
      <w:r>
        <w:t>Aynı ağırlığı uygulayarak yumuşak bir zeminde iz bırakma durumunu gözlemleyiniz.</w:t>
      </w:r>
    </w:p>
    <w:p w:rsidR="00BC2DAA" w:rsidRDefault="00A478F1">
      <w:pPr>
        <w:pStyle w:val="ListeNumaras"/>
      </w:pPr>
      <w:r>
        <w:t xml:space="preserve">Basınç = Kuvvet / Yüzey Alanı formülünü </w:t>
      </w:r>
      <w:r>
        <w:t>uygulayarak açıklama yapınız.</w:t>
      </w:r>
    </w:p>
    <w:p w:rsidR="00BC2DAA" w:rsidRDefault="00A478F1">
      <w:pPr>
        <w:pStyle w:val="ListeNumaras"/>
      </w:pPr>
      <w:r>
        <w:t>Sonuçları tablo veya grafikle gösteriniz.</w:t>
      </w:r>
    </w:p>
    <w:p w:rsidR="00BC2DAA" w:rsidRDefault="00A478F1">
      <w:pPr>
        <w:pStyle w:val="ListeNumaras"/>
      </w:pPr>
      <w:r>
        <w:t>Projenizi belirtilen tarihte öğretmeninize teslim ediniz.</w:t>
      </w:r>
    </w:p>
    <w:p w:rsidR="00BC2DAA" w:rsidRDefault="00A478F1">
      <w:pPr>
        <w:pStyle w:val="Balk2"/>
        <w:jc w:val="center"/>
      </w:pPr>
      <w:r>
        <w:t>PUANLAMA ÖLÇÜTLERİ</w:t>
      </w:r>
    </w:p>
    <w:p w:rsidR="00BC2DAA" w:rsidRDefault="00A478F1">
      <w:r>
        <w:t>- Deneysel Kurulum ve Malzeme Kullanımı: 20 Puan</w:t>
      </w:r>
    </w:p>
    <w:p w:rsidR="00BC2DAA" w:rsidRDefault="00A478F1">
      <w:r>
        <w:t>- Gözlem ve Sonuçların Doğruluğu: 20 Puan</w:t>
      </w:r>
    </w:p>
    <w:p w:rsidR="00BC2DAA" w:rsidRDefault="00A478F1">
      <w:r>
        <w:t>- Bilimsel Kavra</w:t>
      </w:r>
      <w:r>
        <w:t>mların Kullanımı: 20 Puan</w:t>
      </w:r>
    </w:p>
    <w:p w:rsidR="00BC2DAA" w:rsidRDefault="00A478F1">
      <w:r>
        <w:t>- Sunumun Açıklığı ve Estetik: 20 Puan</w:t>
      </w:r>
    </w:p>
    <w:p w:rsidR="00BC2DAA" w:rsidRDefault="00A478F1">
      <w:r>
        <w:t>- Zamanında Teslim: 20 Puan</w:t>
      </w:r>
    </w:p>
    <w:sectPr w:rsidR="00BC2DA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478F1"/>
    <w:rsid w:val="00AA1D8D"/>
    <w:rsid w:val="00B47730"/>
    <w:rsid w:val="00BC2DAA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DC37BC1-5985-47F0-9D2B-093D998999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1106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2025-04-20T12:12:00Z</dcterms:modified>
  <cp:category/>
</cp:coreProperties>
</file>